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center"/>
      </w:pPr>
      <w:r>
        <w:drawing>
          <wp:inline xmlns:a="http://schemas.openxmlformats.org/drawingml/2006/main" xmlns:pic="http://schemas.openxmlformats.org/drawingml/2006/picture">
            <wp:extent cx="2232000" cy="2010645"/>
            <wp:docPr id="1" name="Picture 1"/>
            <wp:cNvGraphicFramePr>
              <a:graphicFrameLocks noChangeAspect="1"/>
            </wp:cNvGraphicFramePr>
            <a:graphic>
              <a:graphicData uri="http://schemas.openxmlformats.org/drawingml/2006/picture">
                <pic:pic>
                  <pic:nvPicPr>
                    <pic:cNvPr id="0" name="image1.jpeg"/>
                    <pic:cNvPicPr/>
                  </pic:nvPicPr>
                  <pic:blipFill>
                    <a:blip r:embed="rId9"/>
                    <a:stretch>
                      <a:fillRect/>
                    </a:stretch>
                  </pic:blipFill>
                  <pic:spPr>
                    <a:xfrm>
                      <a:off x="0" y="0"/>
                      <a:ext cx="2232000" cy="2010645"/>
                    </a:xfrm>
                    <a:prstGeom prst="rect"/>
                  </pic:spPr>
                </pic:pic>
              </a:graphicData>
            </a:graphic>
          </wp:inline>
        </w:drawing>
      </w:r>
    </w:p>
    <w:p>
      <w:pPr>
        <w:spacing w:before="0" w:after="0"/>
        <w:jc w:val="right"/>
        <w:bidi w:val="1"/>
      </w:pPr>
      <w:r>
        <w:rPr>
          <w:rFonts w:ascii="Times New Roman" w:hAnsi="Times New Roman" w:cs="Times New Roman"/>
          <w:b/>
          <w:i w:val="0"/>
          <w:sz w:val="32"/>
          <w:rtl w:val="1"/>
        </w:rPr>
        <w:t>سَلْطْنَةُ عُمَانَ</w:t>
      </w:r>
    </w:p>
    <w:p>
      <w:pPr>
        <w:spacing w:before="0" w:after="200"/>
        <w:jc w:val="right"/>
        <w:bidi w:val="1"/>
      </w:pPr>
      <w:r>
        <w:rPr>
          <w:rFonts w:ascii="Times New Roman" w:hAnsi="Times New Roman" w:cs="Times New Roman"/>
          <w:b/>
          <w:i w:val="0"/>
          <w:sz w:val="32"/>
          <w:rtl w:val="1"/>
        </w:rPr>
        <w:t>وَزَارَةُ التَّعْلِيمِ</w:t>
      </w:r>
    </w:p>
    <w:p>
      <w:pPr>
        <w:spacing w:before="0" w:after="40"/>
        <w:jc w:val="center"/>
        <w:bidi w:val="1"/>
      </w:pPr>
      <w:r>
        <w:rPr>
          <w:rFonts w:ascii="Times New Roman" w:hAnsi="Times New Roman" w:cs="Times New Roman"/>
          <w:b/>
          <w:i w:val="0"/>
          <w:sz w:val="36"/>
          <w:rtl w:val="1"/>
        </w:rPr>
        <w:t>امتحان دبلوم التعليم العام</w:t>
      </w:r>
    </w:p>
    <w:p>
      <w:pPr>
        <w:spacing w:before="0" w:after="40"/>
        <w:jc w:val="center"/>
        <w:bidi w:val="1"/>
      </w:pPr>
      <w:r>
        <w:rPr>
          <w:rFonts w:ascii="Times New Roman" w:hAnsi="Times New Roman" w:cs="Times New Roman"/>
          <w:b/>
          <w:i w:val="0"/>
          <w:sz w:val="30"/>
          <w:rtl w:val="1"/>
        </w:rPr>
        <w:t>للعام الدراسي ١٤٤٨ هـ - ٢٠٢٧ / ٢٠٢٦ م</w:t>
      </w:r>
    </w:p>
    <w:p>
      <w:pPr>
        <w:spacing w:before="0" w:after="160"/>
        <w:jc w:val="center"/>
        <w:bidi w:val="1"/>
      </w:pPr>
      <w:r>
        <w:rPr>
          <w:rFonts w:ascii="Times New Roman" w:hAnsi="Times New Roman" w:cs="Times New Roman"/>
          <w:b/>
          <w:i w:val="0"/>
          <w:sz w:val="30"/>
          <w:rtl w:val="1"/>
        </w:rPr>
        <w:t>الدور الأول - الفصل الدراسي الأول</w:t>
      </w:r>
    </w:p>
    <w:p>
      <w:pPr>
        <w:spacing w:before="0" w:after="200"/>
        <w:jc w:val="center"/>
      </w:pPr>
      <w:r>
        <w:rPr>
          <w:rFonts w:ascii="Times New Roman" w:hAnsi="Times New Roman" w:cs="Times New Roman"/>
          <w:b/>
          <w:i w:val="0"/>
          <w:sz w:val="26"/>
        </w:rPr>
        <w:t>(اختبار تدريبي - Practice Exam Three)</w:t>
      </w:r>
    </w:p>
    <w:tbl>
      <w:tblPr>
        <w:tblW w:type="auto" w:w="0"/>
        <w:jc w:val="center"/>
        <w:tblLook w:firstColumn="1" w:firstRow="1" w:lastColumn="0" w:lastRow="0" w:noHBand="0" w:noVBand="1" w:val="04A0"/>
        <w:tblLayout w:type="fixed"/>
      </w:tblPr>
      <w:tblGrid>
        <w:gridCol w:w="5103"/>
        <w:gridCol w:w="5103"/>
      </w:tblGrid>
      <w:tr>
        <w:tc>
          <w:tcPr>
            <w:tcW w:type="dxa" w:w="5102"/>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val="0"/>
                <w:i w:val="0"/>
                <w:sz w:val="24"/>
                <w:rtl w:val="1"/>
              </w:rPr>
              <w:t>المادة: English Language</w:t>
            </w:r>
            <w:r>
              <w:rPr>
                <w:rFonts w:ascii="Times New Roman" w:hAnsi="Times New Roman" w:cs="Times New Roman"/>
                <w:b/>
                <w:i w:val="0"/>
                <w:sz w:val="24"/>
                <w:rtl w:val="1"/>
              </w:rPr>
              <w:t xml:space="preserve">  تنبيه:</w:t>
            </w:r>
          </w:p>
        </w:tc>
        <w:tc>
          <w:tcPr>
            <w:tcW w:type="dxa" w:w="5102"/>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val="0"/>
                <w:i w:val="0"/>
                <w:sz w:val="24"/>
                <w:rtl w:val="1"/>
              </w:rPr>
              <w:t>زمن الإجابة: ثلاث ساعات.  •</w:t>
            </w:r>
          </w:p>
        </w:tc>
      </w:tr>
      <w:tr>
        <w:tc>
          <w:tcPr>
            <w:tcW w:type="dxa" w:w="5102"/>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val="0"/>
                <w:i w:val="0"/>
                <w:sz w:val="24"/>
                <w:rtl w:val="1"/>
              </w:rPr>
              <w:t>الأسئلة في (١٥) صفحة.</w:t>
            </w:r>
          </w:p>
        </w:tc>
        <w:tc>
          <w:tcPr>
            <w:tcW w:type="dxa" w:w="5102"/>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val="0"/>
                <w:i w:val="0"/>
                <w:sz w:val="24"/>
                <w:rtl w:val="1"/>
              </w:rPr>
              <w:t>الإجابة في الورقة نفسها.  •</w:t>
            </w:r>
          </w:p>
        </w:tc>
      </w:tr>
    </w:tbl>
    <w:p>
      <w:pPr>
        <w:spacing w:before="0" w:after="120"/>
      </w:pPr>
    </w:p>
    <w:tbl>
      <w:tblPr>
        <w:tblW w:type="auto" w:w="0"/>
        <w:jc w:val="center"/>
        <w:tblLook w:firstColumn="1" w:firstRow="1" w:lastColumn="0" w:lastRow="0" w:noHBand="0" w:noVBand="1" w:val="04A0"/>
        <w:tblLayout w:type="fixed"/>
      </w:tblPr>
      <w:tblGrid>
        <w:gridCol w:w="10206"/>
      </w:tblGrid>
      <w:tr>
        <w:tc>
          <w:tcPr>
            <w:tcW w:type="dxa" w:w="10205"/>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i w:val="0"/>
                <w:sz w:val="24"/>
                <w:u w:val="single"/>
                <w:rtl w:val="1"/>
              </w:rPr>
              <w:t>تعليمات مهمة:</w:t>
            </w:r>
          </w:p>
          <w:p>
            <w:pPr>
              <w:spacing w:before="0" w:after="60"/>
              <w:jc w:val="right"/>
              <w:bidi w:val="1"/>
            </w:pPr>
            <w:r>
              <w:rPr>
                <w:rFonts w:ascii="Times New Roman" w:hAnsi="Times New Roman" w:cs="Times New Roman"/>
                <w:b w:val="0"/>
                <w:i w:val="0"/>
                <w:sz w:val="22"/>
                <w:rtl w:val="1"/>
              </w:rPr>
              <w:t>- يجب على الممتحن التأكد من استلام دفتر امتحانه، مغلفاً بغلاف بلاستيكي شفاف وغير ممزق، وهو مسؤول عنه حتى يسلمه لمراقبي اللجنة بعد الانتهاء من الإجابة.</w:t>
            </w:r>
          </w:p>
          <w:p>
            <w:pPr>
              <w:spacing w:before="0" w:after="60"/>
              <w:jc w:val="right"/>
              <w:bidi w:val="1"/>
            </w:pPr>
            <w:r>
              <w:rPr>
                <w:rFonts w:ascii="Times New Roman" w:hAnsi="Times New Roman" w:cs="Times New Roman"/>
                <w:b w:val="0"/>
                <w:i w:val="0"/>
                <w:sz w:val="22"/>
                <w:rtl w:val="1"/>
              </w:rPr>
              <w:t>- يجب الحضور إلى قاعة الامتحان قبل عشر دقائق على الأقل من بدء زمن الامتحان.</w:t>
            </w:r>
          </w:p>
          <w:p>
            <w:pPr>
              <w:spacing w:before="0" w:after="60"/>
              <w:jc w:val="right"/>
              <w:bidi w:val="1"/>
            </w:pPr>
            <w:r>
              <w:rPr>
                <w:rFonts w:ascii="Times New Roman" w:hAnsi="Times New Roman" w:cs="Times New Roman"/>
                <w:b w:val="0"/>
                <w:i w:val="0"/>
                <w:sz w:val="22"/>
                <w:rtl w:val="1"/>
              </w:rPr>
              <w:t>- يجب إحضار أصل ما يثبت الهوية وإبرازها للعاملين بالامتحانات.</w:t>
            </w:r>
          </w:p>
          <w:p>
            <w:pPr>
              <w:spacing w:before="0" w:after="60"/>
              <w:jc w:val="right"/>
              <w:bidi w:val="1"/>
            </w:pPr>
            <w:r>
              <w:rPr>
                <w:rFonts w:ascii="Times New Roman" w:hAnsi="Times New Roman" w:cs="Times New Roman"/>
                <w:b w:val="0"/>
                <w:i w:val="0"/>
                <w:sz w:val="22"/>
                <w:rtl w:val="1"/>
              </w:rPr>
              <w:t>- يجب الالتزام بضوابط إدارة امتحانات دبلوم التعليم العام وما في مستواه، وأي مخالفة لهذه الضوابط تعرضك للتدابير والإجراءات والعقوبات المنصوص عليها بالقرار الوزاري رقم ٥٨٨ / ٢٠١٥.</w:t>
            </w:r>
          </w:p>
          <w:p>
            <w:pPr>
              <w:spacing w:before="0" w:after="60"/>
              <w:jc w:val="right"/>
              <w:bidi w:val="1"/>
            </w:pPr>
            <w:r>
              <w:rPr>
                <w:rFonts w:ascii="Times New Roman" w:hAnsi="Times New Roman" w:cs="Times New Roman"/>
                <w:b w:val="0"/>
                <w:i w:val="0"/>
                <w:sz w:val="22"/>
                <w:rtl w:val="1"/>
              </w:rPr>
              <w:t>- يجب الالتزام بالزي (الشداشة البيضاء، والمصر أو الكمة للذكور)، والزي المدرسي للطالبات، ويستثنى من ذلك الدارسون من غير العمانيين بشرط الالتزام بالذوق العام، ويمنع على جميع المتقدمات ارتداء النقاب داخل المركز وقاعات الامتحان.</w:t>
            </w:r>
          </w:p>
          <w:p>
            <w:pPr>
              <w:spacing w:before="0" w:after="60"/>
              <w:jc w:val="right"/>
              <w:bidi w:val="1"/>
            </w:pPr>
            <w:r>
              <w:rPr>
                <w:rFonts w:ascii="Times New Roman" w:hAnsi="Times New Roman" w:cs="Times New Roman"/>
                <w:b w:val="0"/>
                <w:i w:val="0"/>
                <w:sz w:val="22"/>
                <w:rtl w:val="1"/>
              </w:rPr>
              <w:t>- يقوم المتقدم بالإجابة عن أسئلة الامتحان بقلم الحبر (الأزرق أو الأسود).</w:t>
            </w:r>
          </w:p>
          <w:p>
            <w:pPr>
              <w:spacing w:before="0" w:after="60"/>
              <w:jc w:val="right"/>
              <w:bidi w:val="1"/>
            </w:pPr>
            <w:r>
              <w:rPr>
                <w:rFonts w:ascii="Times New Roman" w:hAnsi="Times New Roman" w:cs="Times New Roman"/>
                <w:b w:val="0"/>
                <w:i w:val="0"/>
                <w:sz w:val="22"/>
                <w:rtl w:val="1"/>
              </w:rPr>
              <w:t>- يقوم المتقدم بالإجابة عن أسئلة الاختيار من متعدد بتظليل الشكل (●) وفق النموذج الآتي:</w:t>
            </w:r>
          </w:p>
          <w:p>
            <w:pPr>
              <w:spacing w:before="0" w:after="60"/>
              <w:jc w:val="right"/>
              <w:bidi w:val="1"/>
            </w:pPr>
            <w:r>
              <w:rPr>
                <w:rFonts w:ascii="Times New Roman" w:hAnsi="Times New Roman" w:cs="Times New Roman"/>
                <w:b w:val="0"/>
                <w:i w:val="0"/>
                <w:sz w:val="22"/>
                <w:rtl w:val="1"/>
              </w:rPr>
              <w:t xml:space="preserve">س - عاصمة سلطنة عمان هي:   </w:t>
            </w:r>
            <w:r>
              <w:rPr>
                <w:rFonts w:ascii="Times New Roman" w:hAnsi="Times New Roman" w:cs="Times New Roman"/>
                <w:b w:val="0"/>
                <w:i w:val="0"/>
                <w:sz w:val="22"/>
                <w:rtl w:val="1"/>
              </w:rPr>
              <w:t>الدوحة ○    القاهرة ○    مسقط ●    أبوظبي ○</w:t>
            </w:r>
          </w:p>
          <w:p>
            <w:pPr>
              <w:spacing w:before="0" w:after="60"/>
              <w:jc w:val="right"/>
              <w:bidi w:val="1"/>
            </w:pPr>
            <w:r>
              <w:rPr>
                <w:rFonts w:ascii="Times New Roman" w:hAnsi="Times New Roman" w:cs="Times New Roman"/>
                <w:b w:val="0"/>
                <w:i w:val="0"/>
                <w:sz w:val="22"/>
                <w:rtl w:val="1"/>
              </w:rPr>
              <w:t>يحظر على الممتحنين اصطحاب الهواتف النقالة وأجهزة النداء الآلي وآلات التصوير والحواسيب الشخصية والساعات الرقمية الذكية والآلات الحاسبة ذات الصفة التخزينية والمجلات والصحف والكتب الدراسية والدفاتر والمذكرات والحقائب اليدوية والآلات الحادة أو الأسلحة أياً كان نوعها وأي شيء له علاقة بالامتحان.</w:t>
            </w:r>
          </w:p>
          <w:p>
            <w:pPr>
              <w:spacing w:before="0" w:after="60"/>
              <w:jc w:val="right"/>
              <w:bidi w:val="1"/>
            </w:pPr>
            <w:r>
              <w:rPr>
                <w:rFonts w:ascii="Times New Roman" w:hAnsi="Times New Roman" w:cs="Times New Roman"/>
                <w:b w:val="0"/>
                <w:i w:val="0"/>
                <w:sz w:val="22"/>
                <w:rtl w:val="1"/>
              </w:rPr>
              <w:t>يجب على الممتحن الامتثال لإجراءات التفتيش داخل المركز طوال أيام الامتحان.</w:t>
            </w:r>
          </w:p>
          <w:p>
            <w:pPr>
              <w:spacing w:before="0" w:after="60"/>
              <w:jc w:val="right"/>
              <w:bidi w:val="1"/>
            </w:pPr>
            <w:r>
              <w:rPr>
                <w:rFonts w:ascii="Times New Roman" w:hAnsi="Times New Roman" w:cs="Times New Roman"/>
                <w:b/>
                <w:i w:val="0"/>
                <w:sz w:val="22"/>
                <w:rtl w:val="1"/>
              </w:rPr>
              <w:t xml:space="preserve">ملاحظة: </w:t>
            </w:r>
            <w:r>
              <w:rPr>
                <w:rFonts w:ascii="Times New Roman" w:hAnsi="Times New Roman" w:cs="Times New Roman"/>
                <w:b w:val="0"/>
                <w:i w:val="0"/>
                <w:sz w:val="22"/>
                <w:rtl w:val="1"/>
              </w:rPr>
              <w:t>يتم تظليل الشكل (●) باستخدام القلم الرصاص وعند الخطأ، امسح بعناية لإجراء التغيير.</w:t>
            </w:r>
          </w:p>
          <w:p>
            <w:pPr>
              <w:spacing w:before="0" w:after="0"/>
              <w:jc w:val="right"/>
              <w:bidi w:val="1"/>
            </w:pPr>
            <w:r>
              <w:rPr>
                <w:rFonts w:ascii="Times New Roman" w:hAnsi="Times New Roman" w:cs="Times New Roman"/>
                <w:b w:val="0"/>
                <w:i w:val="0"/>
                <w:sz w:val="22"/>
                <w:rtl w:val="1"/>
              </w:rPr>
              <w:t>صحيح ●    غير صحيح:  ☑  ✖  ◐  -</w:t>
            </w:r>
          </w:p>
        </w:tc>
      </w:tr>
    </w:tbl>
    <w:p>
      <w:pPr>
        <w:spacing w:before="0" w:after="160"/>
      </w:pPr>
    </w:p>
    <w:p>
      <w:pPr>
        <w:spacing w:before="120" w:after="0"/>
        <w:jc w:val="center"/>
      </w:pPr>
      <w:r>
        <w:rPr>
          <w:rFonts w:ascii="Bookman Old Style" w:hAnsi="Bookman Old Style" w:cs="Bookman Old Style"/>
          <w:b w:val="0"/>
          <w:i w:val="0"/>
          <w:sz w:val="16"/>
        </w:rPr>
        <w:t>Prepared by Mohamed Mostafa Al Shorbagy, Regional Supervisor, Wusta Governorate</w:t>
      </w:r>
    </w:p>
    <w:p>
      <w:pPr>
        <w:spacing w:before="0" w:after="0" w:lineRule="exact" w:line="40"/>
      </w:pPr>
      <w:r>
        <w:rPr>
          <w:rFonts w:ascii="Times New Roman" w:hAnsi="Times New Roman" w:cs="Times New Roman"/>
          <w:b w:val="0"/>
          <w:i w:val="0"/>
          <w:sz w:val="2"/>
        </w:rPr>
        <w:br w:type="page"/>
      </w:r>
    </w:p>
    <w:p>
      <w:pPr>
        <w:spacing w:before="0" w:after="0"/>
      </w:pPr>
    </w:p>
    <w:p>
      <w:pPr>
        <w:spacing w:before="0" w:after="0"/>
      </w:pPr>
    </w:p>
    <w:p>
      <w:pPr>
        <w:spacing w:before="0" w:after="0"/>
      </w:pPr>
    </w:p>
    <w:p>
      <w:pPr>
        <w:spacing w:before="0" w:after="0"/>
      </w:pPr>
    </w:p>
    <w:p>
      <w:pPr>
        <w:spacing w:before="0" w:after="80"/>
        <w:jc w:val="center"/>
        <w:bidi w:val="1"/>
      </w:pPr>
      <w:r>
        <w:rPr>
          <w:rFonts w:ascii="Times New Roman" w:hAnsi="Times New Roman" w:cs="Times New Roman"/>
          <w:b/>
          <w:i w:val="0"/>
          <w:sz w:val="40"/>
          <w:rtl w:val="1"/>
        </w:rPr>
        <w:t>مسودة، لا يتم تصحيحها</w:t>
      </w:r>
    </w:p>
    <w:p>
      <w:pPr>
        <w:spacing w:before="0" w:after="0"/>
        <w:jc w:val="center"/>
      </w:pPr>
      <w:r>
        <w:rPr>
          <w:rFonts w:ascii="Times New Roman" w:hAnsi="Times New Roman" w:cs="Times New Roman"/>
          <w:b w:val="0"/>
          <w:i/>
          <w:sz w:val="24"/>
        </w:rPr>
        <w:t>(Draft paper - will not be marked)</w:t>
      </w: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jc w:val="center"/>
        <w:shd w:val="clear" w:color="auto" w:fill="BFBFBF"/>
      </w:pPr>
      <w:r>
        <w:rPr>
          <w:rFonts w:ascii="Times New Roman" w:hAnsi="Times New Roman" w:cs="Times New Roman"/>
          <w:b w:val="0"/>
          <w:i w:val="0"/>
          <w:sz w:val="18"/>
        </w:rPr>
        <w:t>Do not write in this space</w:t>
      </w:r>
    </w:p>
    <w:p>
      <w:pPr>
        <w:sectPr>
          <w:pgSz w:w="11906" w:h="16838"/>
          <w:pgMar w:top="794" w:right="850" w:bottom="794" w:left="850" w:header="340" w:footer="397" w:gutter="0"/>
          <w:cols w:space="720"/>
          <w:docGrid w:linePitch="360"/>
        </w:sectPr>
      </w:pP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LISTENING 1</w:t>
            </w:r>
            <w:r>
              <w:rPr>
                <w:rFonts w:ascii="Times New Roman" w:hAnsi="Times New Roman" w:cs="Times New Roman"/>
                <w:b/>
                <w:i w:val="0"/>
                <w:sz w:val="26"/>
                <w:u w:val="none"/>
              </w:rPr>
              <w:tab/>
              <w:t>(Items 1-7) (7 marks)</w:t>
            </w:r>
          </w:p>
          <w:p>
            <w:pPr>
              <w:spacing w:before="0" w:after="120"/>
            </w:pPr>
            <w:r>
              <w:rPr>
                <w:rFonts w:ascii="Times New Roman" w:hAnsi="Times New Roman" w:cs="Times New Roman"/>
                <w:b w:val="0"/>
                <w:i w:val="0"/>
                <w:sz w:val="23"/>
              </w:rPr>
              <w:t>You are going to hear an interview about a young novelist. Listen, and shade in the bubble ◯ next to the correct option.</w:t>
            </w:r>
          </w:p>
          <w:p>
            <w:pPr>
              <w:spacing w:before="160" w:after="40"/>
            </w:pPr>
            <w:r>
              <w:rPr>
                <w:rFonts w:ascii="Times New Roman" w:hAnsi="Times New Roman" w:cs="Times New Roman"/>
                <w:b/>
                <w:i w:val="0"/>
                <w:sz w:val="24"/>
              </w:rPr>
              <w:t xml:space="preserve">1.   </w:t>
            </w:r>
            <w:r>
              <w:rPr>
                <w:rFonts w:ascii="Times New Roman" w:hAnsi="Times New Roman" w:cs="Times New Roman"/>
                <w:b w:val="0"/>
                <w:i w:val="0"/>
                <w:sz w:val="24"/>
              </w:rPr>
              <w:t>Maryam's novel is called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Old Lighthouse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Lost Letters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Village Mystery</w:t>
                  </w:r>
                </w:p>
              </w:tc>
            </w:tr>
          </w:tbl>
          <w:p/>
          <w:p>
            <w:pPr>
              <w:spacing w:before="160" w:after="40"/>
            </w:pPr>
            <w:r>
              <w:rPr>
                <w:rFonts w:ascii="Times New Roman" w:hAnsi="Times New Roman" w:cs="Times New Roman"/>
                <w:b/>
                <w:i w:val="0"/>
                <w:sz w:val="24"/>
              </w:rPr>
              <w:t xml:space="preserve">2.   </w:t>
            </w:r>
            <w:r>
              <w:rPr>
                <w:rFonts w:ascii="Times New Roman" w:hAnsi="Times New Roman" w:cs="Times New Roman"/>
                <w:b w:val="0"/>
                <w:i w:val="0"/>
                <w:sz w:val="24"/>
              </w:rPr>
              <w:t>The idea for the novel came from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dream she had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place near her home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story her grandfather told</w:t>
                  </w:r>
                </w:p>
              </w:tc>
            </w:tr>
          </w:tbl>
          <w:p/>
          <w:p>
            <w:pPr>
              <w:spacing w:before="160" w:after="40"/>
            </w:pPr>
            <w:r>
              <w:rPr>
                <w:rFonts w:ascii="Times New Roman" w:hAnsi="Times New Roman" w:cs="Times New Roman"/>
                <w:b/>
                <w:i w:val="0"/>
                <w:sz w:val="24"/>
              </w:rPr>
              <w:t xml:space="preserve">3.   </w:t>
            </w:r>
            <w:r>
              <w:rPr>
                <w:rFonts w:ascii="Times New Roman" w:hAnsi="Times New Roman" w:cs="Times New Roman"/>
                <w:b w:val="0"/>
                <w:i w:val="0"/>
                <w:sz w:val="24"/>
              </w:rPr>
              <w:t>Writing the novel took about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six months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ten months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fourteen months</w:t>
                  </w:r>
                </w:p>
              </w:tc>
            </w:tr>
          </w:tbl>
          <w:p/>
          <w:p>
            <w:pPr>
              <w:spacing w:before="160" w:after="40"/>
            </w:pPr>
            <w:r>
              <w:rPr>
                <w:rFonts w:ascii="Times New Roman" w:hAnsi="Times New Roman" w:cs="Times New Roman"/>
                <w:b/>
                <w:i w:val="0"/>
                <w:sz w:val="24"/>
              </w:rPr>
              <w:t xml:space="preserve">4.   </w:t>
            </w:r>
            <w:r>
              <w:rPr>
                <w:rFonts w:ascii="Times New Roman" w:hAnsi="Times New Roman" w:cs="Times New Roman"/>
                <w:b w:val="0"/>
                <w:i w:val="0"/>
                <w:sz w:val="24"/>
              </w:rPr>
              <w:t>Who helped Maryam with her writing?</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her mother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her English teacher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publisher</w:t>
                  </w:r>
                </w:p>
              </w:tc>
            </w:tr>
          </w:tbl>
          <w:p/>
          <w:p>
            <w:pPr>
              <w:spacing w:before="160" w:after="40"/>
            </w:pPr>
            <w:r>
              <w:rPr>
                <w:rFonts w:ascii="Times New Roman" w:hAnsi="Times New Roman" w:cs="Times New Roman"/>
                <w:b/>
                <w:i w:val="0"/>
                <w:sz w:val="24"/>
              </w:rPr>
              <w:t xml:space="preserve">5.   </w:t>
            </w:r>
            <w:r>
              <w:rPr>
                <w:rFonts w:ascii="Times New Roman" w:hAnsi="Times New Roman" w:cs="Times New Roman"/>
                <w:b w:val="0"/>
                <w:i w:val="0"/>
                <w:sz w:val="24"/>
              </w:rPr>
              <w:t>The judges praised Maryam's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mature voice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fast writing</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short sentences</w:t>
                  </w:r>
                </w:p>
              </w:tc>
            </w:tr>
          </w:tbl>
          <w:p/>
          <w:p>
            <w:pPr>
              <w:spacing w:before="160" w:after="40"/>
            </w:pPr>
            <w:r>
              <w:rPr>
                <w:rFonts w:ascii="Times New Roman" w:hAnsi="Times New Roman" w:cs="Times New Roman"/>
                <w:b/>
                <w:i w:val="0"/>
                <w:sz w:val="24"/>
              </w:rPr>
              <w:t xml:space="preserve">6.   </w:t>
            </w:r>
            <w:r>
              <w:rPr>
                <w:rFonts w:ascii="Times New Roman" w:hAnsi="Times New Roman" w:cs="Times New Roman"/>
                <w:b w:val="0"/>
                <w:i w:val="0"/>
                <w:sz w:val="24"/>
              </w:rPr>
              <w:t>Maryam's prize included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trip to Europe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publishing contract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new laptop</w:t>
                  </w:r>
                </w:p>
              </w:tc>
            </w:tr>
          </w:tbl>
          <w:p/>
          <w:p>
            <w:pPr>
              <w:spacing w:before="160" w:after="40"/>
            </w:pPr>
            <w:r>
              <w:rPr>
                <w:rFonts w:ascii="Times New Roman" w:hAnsi="Times New Roman" w:cs="Times New Roman"/>
                <w:b/>
                <w:i w:val="0"/>
                <w:sz w:val="24"/>
              </w:rPr>
              <w:t xml:space="preserve">7.   </w:t>
            </w:r>
            <w:r>
              <w:rPr>
                <w:rFonts w:ascii="Times New Roman" w:hAnsi="Times New Roman" w:cs="Times New Roman"/>
                <w:b w:val="0"/>
                <w:i w:val="0"/>
                <w:sz w:val="24"/>
              </w:rPr>
              <w:t>Maryam's advice to young writers is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write every day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read only novels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enter many competitions</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LISTENING 2</w:t>
            </w:r>
            <w:r>
              <w:rPr>
                <w:rFonts w:ascii="Times New Roman" w:hAnsi="Times New Roman" w:cs="Times New Roman"/>
                <w:b/>
                <w:i w:val="0"/>
                <w:sz w:val="26"/>
                <w:u w:val="none"/>
              </w:rPr>
              <w:tab/>
              <w:t>(Items 8-15) (8 marks)</w:t>
            </w:r>
          </w:p>
          <w:p>
            <w:pPr>
              <w:spacing w:before="0" w:after="120"/>
            </w:pPr>
            <w:r>
              <w:rPr>
                <w:rFonts w:ascii="Times New Roman" w:hAnsi="Times New Roman" w:cs="Times New Roman"/>
                <w:b w:val="0"/>
                <w:i w:val="0"/>
                <w:sz w:val="23"/>
              </w:rPr>
              <w:t>You are going to hear a talk about 'Marie Curie, a famous scientist'.</w:t>
            </w:r>
          </w:p>
          <w:p>
            <w:pPr>
              <w:spacing w:before="0" w:after="40"/>
            </w:pPr>
            <w:r>
              <w:rPr>
                <w:rFonts w:ascii="Times New Roman" w:hAnsi="Times New Roman" w:cs="Times New Roman"/>
                <w:b/>
                <w:i w:val="0"/>
                <w:sz w:val="23"/>
              </w:rPr>
              <w:t>Part One</w:t>
            </w:r>
          </w:p>
          <w:p>
            <w:pPr>
              <w:spacing w:before="0" w:after="80"/>
            </w:pPr>
            <w:r>
              <w:rPr>
                <w:rFonts w:ascii="Times New Roman" w:hAnsi="Times New Roman" w:cs="Times New Roman"/>
                <w:b w:val="0"/>
                <w:i/>
                <w:sz w:val="23"/>
              </w:rPr>
              <w:t>For each item, write a short answer (not more than FOUR WORDS).</w:t>
            </w:r>
          </w:p>
          <w:p>
            <w:pPr>
              <w:spacing w:before="80" w:after="40"/>
            </w:pPr>
            <w:r>
              <w:rPr>
                <w:rFonts w:ascii="Times New Roman" w:hAnsi="Times New Roman" w:cs="Times New Roman"/>
                <w:b/>
                <w:i w:val="0"/>
                <w:sz w:val="24"/>
              </w:rPr>
              <w:t xml:space="preserve">8.   </w:t>
            </w:r>
            <w:r>
              <w:rPr>
                <w:rFonts w:ascii="Times New Roman" w:hAnsi="Times New Roman" w:cs="Times New Roman"/>
                <w:b w:val="0"/>
                <w:i w:val="0"/>
                <w:sz w:val="24"/>
              </w:rPr>
              <w:t>When was Marie Curie born?</w:t>
            </w:r>
          </w:p>
          <w:p>
            <w:pPr>
              <w:spacing w:before="0" w:after="40"/>
            </w:pPr>
            <w:r>
              <w:rPr>
                <w:rFonts w:ascii="Times New Roman" w:hAnsi="Times New Roman" w:cs="Times New Roman"/>
                <w:b w:val="0"/>
                <w:i w:val="0"/>
                <w:sz w:val="24"/>
              </w:rPr>
              <w:t>________________________________________________________________________________</w:t>
            </w:r>
          </w:p>
          <w:p>
            <w:pPr>
              <w:spacing w:before="80" w:after="40"/>
            </w:pPr>
            <w:r>
              <w:rPr>
                <w:rFonts w:ascii="Times New Roman" w:hAnsi="Times New Roman" w:cs="Times New Roman"/>
                <w:b/>
                <w:i w:val="0"/>
                <w:sz w:val="24"/>
              </w:rPr>
              <w:t xml:space="preserve">9.   </w:t>
            </w:r>
            <w:r>
              <w:rPr>
                <w:rFonts w:ascii="Times New Roman" w:hAnsi="Times New Roman" w:cs="Times New Roman"/>
                <w:b w:val="0"/>
                <w:i w:val="0"/>
                <w:sz w:val="24"/>
              </w:rPr>
              <w:t>Where was she born?</w:t>
            </w:r>
          </w:p>
          <w:p>
            <w:pPr>
              <w:spacing w:before="0" w:after="40"/>
            </w:pPr>
            <w:r>
              <w:rPr>
                <w:rFonts w:ascii="Times New Roman" w:hAnsi="Times New Roman" w:cs="Times New Roman"/>
                <w:b w:val="0"/>
                <w:i w:val="0"/>
                <w:sz w:val="24"/>
              </w:rPr>
              <w:t>________________________________________________________________________________</w:t>
            </w:r>
          </w:p>
          <w:p>
            <w:pPr>
              <w:spacing w:before="80" w:after="40"/>
            </w:pPr>
            <w:r>
              <w:rPr>
                <w:rFonts w:ascii="Times New Roman" w:hAnsi="Times New Roman" w:cs="Times New Roman"/>
                <w:b/>
                <w:i w:val="0"/>
                <w:sz w:val="24"/>
              </w:rPr>
              <w:t xml:space="preserve">10.   </w:t>
            </w:r>
            <w:r>
              <w:rPr>
                <w:rFonts w:ascii="Times New Roman" w:hAnsi="Times New Roman" w:cs="Times New Roman"/>
                <w:b w:val="0"/>
                <w:i w:val="0"/>
                <w:sz w:val="24"/>
              </w:rPr>
              <w:t>How many Nobel Prizes did she win?</w:t>
            </w:r>
          </w:p>
          <w:p>
            <w:pPr>
              <w:spacing w:before="0" w:after="40"/>
            </w:pPr>
            <w:r>
              <w:rPr>
                <w:rFonts w:ascii="Times New Roman" w:hAnsi="Times New Roman" w:cs="Times New Roman"/>
                <w:b w:val="0"/>
                <w:i w:val="0"/>
                <w:sz w:val="24"/>
              </w:rPr>
              <w:t>________________________________________________________________________________</w:t>
            </w:r>
          </w:p>
          <w:p>
            <w:pPr>
              <w:spacing w:before="80" w:after="40"/>
            </w:pPr>
            <w:r>
              <w:rPr>
                <w:rFonts w:ascii="Times New Roman" w:hAnsi="Times New Roman" w:cs="Times New Roman"/>
                <w:b/>
                <w:i w:val="0"/>
                <w:sz w:val="24"/>
              </w:rPr>
              <w:t xml:space="preserve">11.   </w:t>
            </w:r>
            <w:r>
              <w:rPr>
                <w:rFonts w:ascii="Times New Roman" w:hAnsi="Times New Roman" w:cs="Times New Roman"/>
                <w:b w:val="0"/>
                <w:i w:val="0"/>
                <w:sz w:val="24"/>
              </w:rPr>
              <w:t>Why did she move to Paris?  Because _______.</w:t>
            </w:r>
          </w:p>
          <w:p>
            <w:pPr>
              <w:spacing w:before="0" w:after="40"/>
            </w:pPr>
            <w:r>
              <w:rPr>
                <w:rFonts w:ascii="Times New Roman" w:hAnsi="Times New Roman" w:cs="Times New Roman"/>
                <w:b w:val="0"/>
                <w:i w:val="0"/>
                <w:sz w:val="24"/>
              </w:rPr>
              <w:t>________________________________________________________________________________</w:t>
            </w:r>
          </w:p>
          <w:p>
            <w:pPr>
              <w:spacing w:before="0" w:after="40"/>
            </w:pPr>
            <w:r>
              <w:rPr>
                <w:rFonts w:ascii="Times New Roman" w:hAnsi="Times New Roman" w:cs="Times New Roman"/>
                <w:b/>
                <w:i w:val="0"/>
                <w:sz w:val="23"/>
              </w:rPr>
              <w:t>Part Two</w:t>
            </w:r>
          </w:p>
          <w:p>
            <w:pPr>
              <w:spacing w:before="0" w:after="80"/>
            </w:pPr>
            <w:r>
              <w:rPr>
                <w:rFonts w:ascii="Times New Roman" w:hAnsi="Times New Roman" w:cs="Times New Roman"/>
                <w:b w:val="0"/>
                <w:i/>
                <w:sz w:val="23"/>
              </w:rPr>
              <w:t>For each item, shade in the bubble ◯ next to the correct option.</w:t>
            </w:r>
          </w:p>
          <w:p>
            <w:pPr>
              <w:spacing w:before="160" w:after="40"/>
            </w:pPr>
            <w:r>
              <w:rPr>
                <w:rFonts w:ascii="Times New Roman" w:hAnsi="Times New Roman" w:cs="Times New Roman"/>
                <w:b/>
                <w:i w:val="0"/>
                <w:sz w:val="24"/>
              </w:rPr>
              <w:t xml:space="preserve">12.   </w:t>
            </w:r>
            <w:r>
              <w:rPr>
                <w:rFonts w:ascii="Times New Roman" w:hAnsi="Times New Roman" w:cs="Times New Roman"/>
                <w:b w:val="0"/>
                <w:i w:val="0"/>
                <w:sz w:val="24"/>
              </w:rPr>
              <w:t>Marie Curie moved to Paris at the age of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twenty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twenty-four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thirty</w:t>
                  </w:r>
                </w:p>
              </w:tc>
            </w:tr>
          </w:tbl>
          <w:p/>
          <w:p>
            <w:pPr>
              <w:spacing w:before="160" w:after="40"/>
            </w:pPr>
            <w:r>
              <w:rPr>
                <w:rFonts w:ascii="Times New Roman" w:hAnsi="Times New Roman" w:cs="Times New Roman"/>
                <w:b/>
                <w:i w:val="0"/>
                <w:sz w:val="24"/>
              </w:rPr>
              <w:t xml:space="preserve">13.   </w:t>
            </w:r>
            <w:r>
              <w:rPr>
                <w:rFonts w:ascii="Times New Roman" w:hAnsi="Times New Roman" w:cs="Times New Roman"/>
                <w:b w:val="0"/>
                <w:i w:val="0"/>
                <w:sz w:val="24"/>
              </w:rPr>
              <w:t>The word "radioactivity" was invented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Pierre Curie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Marie Curie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Nobel committee</w:t>
                  </w:r>
                </w:p>
              </w:tc>
            </w:tr>
          </w:tbl>
          <w:p/>
          <w:p>
            <w:pPr>
              <w:spacing w:before="160" w:after="40"/>
            </w:pPr>
            <w:r>
              <w:rPr>
                <w:rFonts w:ascii="Times New Roman" w:hAnsi="Times New Roman" w:cs="Times New Roman"/>
                <w:b/>
                <w:i w:val="0"/>
                <w:sz w:val="24"/>
              </w:rPr>
              <w:t xml:space="preserve">14.   </w:t>
            </w:r>
            <w:r>
              <w:rPr>
                <w:rFonts w:ascii="Times New Roman" w:hAnsi="Times New Roman" w:cs="Times New Roman"/>
                <w:b w:val="0"/>
                <w:i w:val="0"/>
                <w:sz w:val="24"/>
              </w:rPr>
              <w:t>The element "polonium" was named after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Marie's homeland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Pierre's brother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Polish king</w:t>
                  </w:r>
                </w:p>
              </w:tc>
            </w:tr>
          </w:tbl>
          <w:p/>
          <w:p>
            <w:pPr>
              <w:spacing w:before="160" w:after="40"/>
            </w:pPr>
            <w:r>
              <w:rPr>
                <w:rFonts w:ascii="Times New Roman" w:hAnsi="Times New Roman" w:cs="Times New Roman"/>
                <w:b/>
                <w:i w:val="0"/>
                <w:sz w:val="24"/>
              </w:rPr>
              <w:t xml:space="preserve">15.   </w:t>
            </w:r>
            <w:r>
              <w:rPr>
                <w:rFonts w:ascii="Times New Roman" w:hAnsi="Times New Roman" w:cs="Times New Roman"/>
                <w:b w:val="0"/>
                <w:i w:val="0"/>
                <w:sz w:val="24"/>
              </w:rPr>
              <w:t>During the war, Marie Curie designed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new hospitals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mobile X-ray units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army radios</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Vocabulary</w:t>
            </w:r>
            <w:r>
              <w:rPr>
                <w:rFonts w:ascii="Times New Roman" w:hAnsi="Times New Roman" w:cs="Times New Roman"/>
                <w:b/>
                <w:i w:val="0"/>
                <w:sz w:val="26"/>
                <w:u w:val="none"/>
              </w:rPr>
              <w:tab/>
              <w:t>(Items 16-20) (2½ marks)</w:t>
            </w:r>
          </w:p>
          <w:p>
            <w:pPr>
              <w:spacing w:before="0" w:after="120"/>
            </w:pPr>
            <w:r>
              <w:rPr>
                <w:rFonts w:ascii="Times New Roman" w:hAnsi="Times New Roman" w:cs="Times New Roman"/>
                <w:b w:val="0"/>
                <w:i w:val="0"/>
                <w:sz w:val="23"/>
              </w:rPr>
              <w:t>For each item, shade in the bubble ◯ next to the correct option.</w:t>
            </w:r>
          </w:p>
          <w:p>
            <w:pPr>
              <w:spacing w:before="120" w:after="40"/>
            </w:pPr>
            <w:r>
              <w:rPr>
                <w:rFonts w:ascii="Times New Roman" w:hAnsi="Times New Roman" w:cs="Times New Roman"/>
                <w:b/>
                <w:i w:val="0"/>
                <w:sz w:val="24"/>
              </w:rPr>
              <w:t xml:space="preserve">16.   </w:t>
            </w:r>
            <w:r>
              <w:rPr>
                <w:rFonts w:ascii="Times New Roman" w:hAnsi="Times New Roman" w:cs="Times New Roman"/>
                <w:b w:val="0"/>
                <w:i w:val="0"/>
                <w:sz w:val="24"/>
              </w:rPr>
              <w:t>The new bridge will greatly _______ travel between the two cities.</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facilitate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celebrate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tolerate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decorate</w:t>
                  </w:r>
                </w:p>
              </w:tc>
            </w:tr>
          </w:tbl>
          <w:p/>
          <w:p>
            <w:pPr>
              <w:spacing w:before="120" w:after="40"/>
            </w:pPr>
            <w:r>
              <w:rPr>
                <w:rFonts w:ascii="Times New Roman" w:hAnsi="Times New Roman" w:cs="Times New Roman"/>
                <w:b/>
                <w:i w:val="0"/>
                <w:sz w:val="24"/>
              </w:rPr>
              <w:t xml:space="preserve">17.   </w:t>
            </w:r>
            <w:r>
              <w:rPr>
                <w:rFonts w:ascii="Times New Roman" w:hAnsi="Times New Roman" w:cs="Times New Roman"/>
                <w:b w:val="0"/>
                <w:i w:val="0"/>
                <w:sz w:val="24"/>
              </w:rPr>
              <w:t>The climbers faced a difficult and _______ journey to the summit.</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pleasant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trivial</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exhausting</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amusing</w:t>
                  </w:r>
                </w:p>
              </w:tc>
            </w:tr>
          </w:tbl>
          <w:p/>
          <w:p>
            <w:pPr>
              <w:spacing w:before="120" w:after="40"/>
            </w:pPr>
            <w:r>
              <w:rPr>
                <w:rFonts w:ascii="Times New Roman" w:hAnsi="Times New Roman" w:cs="Times New Roman"/>
                <w:b/>
                <w:i w:val="0"/>
                <w:sz w:val="24"/>
              </w:rPr>
              <w:t xml:space="preserve">18.   </w:t>
            </w:r>
            <w:r>
              <w:rPr>
                <w:rFonts w:ascii="Times New Roman" w:hAnsi="Times New Roman" w:cs="Times New Roman"/>
                <w:b w:val="0"/>
                <w:i w:val="0"/>
                <w:sz w:val="24"/>
              </w:rPr>
              <w:t>All students must _______ the school rules at all times.</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obey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deny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offend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confuse</w:t>
                  </w:r>
                </w:p>
              </w:tc>
            </w:tr>
          </w:tbl>
          <w:p/>
          <w:p>
            <w:pPr>
              <w:spacing w:before="120" w:after="40"/>
            </w:pPr>
            <w:r>
              <w:rPr>
                <w:rFonts w:ascii="Times New Roman" w:hAnsi="Times New Roman" w:cs="Times New Roman"/>
                <w:b/>
                <w:i w:val="0"/>
                <w:sz w:val="24"/>
              </w:rPr>
              <w:t xml:space="preserve">19.   </w:t>
            </w:r>
            <w:r>
              <w:rPr>
                <w:rFonts w:ascii="Times New Roman" w:hAnsi="Times New Roman" w:cs="Times New Roman"/>
                <w:b w:val="0"/>
                <w:i w:val="0"/>
                <w:sz w:val="24"/>
              </w:rPr>
              <w:t>The museum contains a rare _______ of ancient silver coins.</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selection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collection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direction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election</w:t>
                  </w:r>
                </w:p>
              </w:tc>
            </w:tr>
          </w:tbl>
          <w:p/>
          <w:p>
            <w:pPr>
              <w:spacing w:before="120" w:after="40"/>
            </w:pPr>
            <w:r>
              <w:rPr>
                <w:rFonts w:ascii="Times New Roman" w:hAnsi="Times New Roman" w:cs="Times New Roman"/>
                <w:b/>
                <w:i w:val="0"/>
                <w:sz w:val="24"/>
              </w:rPr>
              <w:t xml:space="preserve">20.   </w:t>
            </w:r>
            <w:r>
              <w:rPr>
                <w:rFonts w:ascii="Times New Roman" w:hAnsi="Times New Roman" w:cs="Times New Roman"/>
                <w:b w:val="0"/>
                <w:i w:val="0"/>
                <w:sz w:val="24"/>
              </w:rPr>
              <w:t>His _______ explanation helped everyone understand the problem.</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confusing</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complicated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straightforward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meaningless</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Grammar</w:t>
            </w:r>
            <w:r>
              <w:rPr>
                <w:rFonts w:ascii="Times New Roman" w:hAnsi="Times New Roman" w:cs="Times New Roman"/>
                <w:b/>
                <w:i w:val="0"/>
                <w:sz w:val="26"/>
                <w:u w:val="none"/>
              </w:rPr>
              <w:tab/>
              <w:t>(Items 21-25) (2½ marks)</w:t>
            </w:r>
          </w:p>
          <w:p>
            <w:pPr>
              <w:spacing w:before="0" w:after="120"/>
            </w:pPr>
            <w:r>
              <w:rPr>
                <w:rFonts w:ascii="Times New Roman" w:hAnsi="Times New Roman" w:cs="Times New Roman"/>
                <w:b w:val="0"/>
                <w:i w:val="0"/>
                <w:sz w:val="23"/>
              </w:rPr>
              <w:t>Complete the following dialogue by shading in the bubble ◯ next to the correct option.</w:t>
            </w:r>
          </w:p>
          <w:p>
            <w:pPr>
              <w:spacing w:before="40" w:after="40"/>
            </w:pPr>
            <w:r>
              <w:rPr>
                <w:rFonts w:ascii="Times New Roman" w:hAnsi="Times New Roman" w:cs="Times New Roman"/>
                <w:b/>
                <w:i w:val="0"/>
                <w:sz w:val="24"/>
              </w:rPr>
              <w:t xml:space="preserve">Huda: </w:t>
            </w:r>
            <w:r>
              <w:rPr>
                <w:rFonts w:ascii="Times New Roman" w:hAnsi="Times New Roman" w:cs="Times New Roman"/>
                <w:b w:val="0"/>
                <w:i w:val="0"/>
                <w:sz w:val="24"/>
              </w:rPr>
              <w:t>Hi Latifa! Have you decided about the school play? (21) _______ you going to take part?</w:t>
            </w:r>
          </w:p>
          <w:p>
            <w:pPr>
              <w:spacing w:before="0" w:after="40"/>
              <w:ind w:left="567"/>
            </w:pPr>
            <w:r>
              <w:rPr>
                <w:rFonts w:ascii="Times New Roman" w:hAnsi="Times New Roman" w:cs="Times New Roman"/>
                <w:b/>
                <w:i w:val="0"/>
                <w:sz w:val="24"/>
              </w:rPr>
              <w:t xml:space="preserve">(21)   </w:t>
            </w:r>
            <w:r>
              <w:rPr>
                <w:rFonts w:ascii="Times New Roman" w:hAnsi="Times New Roman" w:cs="Times New Roman"/>
                <w:b w:val="0"/>
                <w:i w:val="0"/>
                <w:sz w:val="24"/>
              </w:rPr>
              <w:t>Are  ◯        Is  ◯</w:t>
            </w:r>
          </w:p>
          <w:p>
            <w:pPr>
              <w:spacing w:before="40" w:after="40"/>
            </w:pPr>
            <w:r>
              <w:rPr>
                <w:rFonts w:ascii="Times New Roman" w:hAnsi="Times New Roman" w:cs="Times New Roman"/>
                <w:b/>
                <w:i w:val="0"/>
                <w:sz w:val="24"/>
              </w:rPr>
              <w:t xml:space="preserve">Latifa: </w:t>
            </w:r>
            <w:r>
              <w:rPr>
                <w:rFonts w:ascii="Times New Roman" w:hAnsi="Times New Roman" w:cs="Times New Roman"/>
                <w:b w:val="0"/>
                <w:i w:val="0"/>
                <w:sz w:val="24"/>
              </w:rPr>
              <w:t>I am not sure. If I (22) _______ more free time, I would love to act.</w:t>
            </w:r>
          </w:p>
          <w:p>
            <w:pPr>
              <w:spacing w:before="0" w:after="40"/>
              <w:ind w:left="567"/>
            </w:pPr>
            <w:r>
              <w:rPr>
                <w:rFonts w:ascii="Times New Roman" w:hAnsi="Times New Roman" w:cs="Times New Roman"/>
                <w:b/>
                <w:i w:val="0"/>
                <w:sz w:val="24"/>
              </w:rPr>
              <w:t xml:space="preserve">(22)   </w:t>
            </w:r>
            <w:r>
              <w:rPr>
                <w:rFonts w:ascii="Times New Roman" w:hAnsi="Times New Roman" w:cs="Times New Roman"/>
                <w:b w:val="0"/>
                <w:i w:val="0"/>
                <w:sz w:val="24"/>
              </w:rPr>
              <w:t>have  ◯        had  ◯</w:t>
            </w:r>
          </w:p>
          <w:p>
            <w:pPr>
              <w:spacing w:before="40" w:after="40"/>
            </w:pPr>
            <w:r>
              <w:rPr>
                <w:rFonts w:ascii="Times New Roman" w:hAnsi="Times New Roman" w:cs="Times New Roman"/>
                <w:b/>
                <w:i w:val="0"/>
                <w:sz w:val="24"/>
              </w:rPr>
              <w:t xml:space="preserve">Huda: </w:t>
            </w:r>
            <w:r>
              <w:rPr>
                <w:rFonts w:ascii="Times New Roman" w:hAnsi="Times New Roman" w:cs="Times New Roman"/>
                <w:b w:val="0"/>
                <w:i w:val="0"/>
                <w:sz w:val="24"/>
              </w:rPr>
              <w:t>You should try! The play (23) _______ written by our English teacher, and it is really funny.</w:t>
            </w:r>
          </w:p>
          <w:p>
            <w:pPr>
              <w:spacing w:before="0" w:after="40"/>
              <w:ind w:left="567"/>
            </w:pPr>
            <w:r>
              <w:rPr>
                <w:rFonts w:ascii="Times New Roman" w:hAnsi="Times New Roman" w:cs="Times New Roman"/>
                <w:b/>
                <w:i w:val="0"/>
                <w:sz w:val="24"/>
              </w:rPr>
              <w:t xml:space="preserve">(23)   </w:t>
            </w:r>
            <w:r>
              <w:rPr>
                <w:rFonts w:ascii="Times New Roman" w:hAnsi="Times New Roman" w:cs="Times New Roman"/>
                <w:b w:val="0"/>
                <w:i w:val="0"/>
                <w:sz w:val="24"/>
              </w:rPr>
              <w:t>has been  ◯        have been  ◯</w:t>
            </w:r>
          </w:p>
          <w:p>
            <w:pPr>
              <w:spacing w:before="40" w:after="40"/>
            </w:pPr>
            <w:r>
              <w:rPr>
                <w:rFonts w:ascii="Times New Roman" w:hAnsi="Times New Roman" w:cs="Times New Roman"/>
                <w:b/>
                <w:i w:val="0"/>
                <w:sz w:val="24"/>
              </w:rPr>
              <w:t xml:space="preserve">Latifa: </w:t>
            </w:r>
            <w:r>
              <w:rPr>
                <w:rFonts w:ascii="Times New Roman" w:hAnsi="Times New Roman" w:cs="Times New Roman"/>
                <w:b w:val="0"/>
                <w:i w:val="0"/>
                <w:sz w:val="24"/>
              </w:rPr>
              <w:t>Really? By the way, the first rehearsal (24) _______ held in the main hall tomorrow after school.</w:t>
            </w:r>
          </w:p>
          <w:p>
            <w:pPr>
              <w:spacing w:before="0" w:after="40"/>
              <w:ind w:left="567"/>
            </w:pPr>
            <w:r>
              <w:rPr>
                <w:rFonts w:ascii="Times New Roman" w:hAnsi="Times New Roman" w:cs="Times New Roman"/>
                <w:b/>
                <w:i w:val="0"/>
                <w:sz w:val="24"/>
              </w:rPr>
              <w:t xml:space="preserve">(24)   </w:t>
            </w:r>
            <w:r>
              <w:rPr>
                <w:rFonts w:ascii="Times New Roman" w:hAnsi="Times New Roman" w:cs="Times New Roman"/>
                <w:b w:val="0"/>
                <w:i w:val="0"/>
                <w:sz w:val="24"/>
              </w:rPr>
              <w:t>is  ◯        are  ◯</w:t>
            </w:r>
          </w:p>
          <w:p>
            <w:pPr>
              <w:spacing w:before="40" w:after="40"/>
            </w:pPr>
            <w:r>
              <w:rPr>
                <w:rFonts w:ascii="Times New Roman" w:hAnsi="Times New Roman" w:cs="Times New Roman"/>
                <w:b/>
                <w:i w:val="0"/>
                <w:sz w:val="24"/>
              </w:rPr>
              <w:t xml:space="preserve">Huda: </w:t>
            </w:r>
            <w:r>
              <w:rPr>
                <w:rFonts w:ascii="Times New Roman" w:hAnsi="Times New Roman" w:cs="Times New Roman"/>
                <w:b w:val="0"/>
                <w:i w:val="0"/>
                <w:sz w:val="24"/>
              </w:rPr>
              <w:t>Perfect! Then come with me. You (25) _______ be glad you did!</w:t>
            </w:r>
          </w:p>
          <w:p>
            <w:pPr>
              <w:spacing w:before="0" w:after="40"/>
              <w:ind w:left="567"/>
            </w:pPr>
            <w:r>
              <w:rPr>
                <w:rFonts w:ascii="Times New Roman" w:hAnsi="Times New Roman" w:cs="Times New Roman"/>
                <w:b/>
                <w:i w:val="0"/>
                <w:sz w:val="24"/>
              </w:rPr>
              <w:t xml:space="preserve">(25)   </w:t>
            </w:r>
            <w:r>
              <w:rPr>
                <w:rFonts w:ascii="Times New Roman" w:hAnsi="Times New Roman" w:cs="Times New Roman"/>
                <w:b w:val="0"/>
                <w:i w:val="0"/>
                <w:sz w:val="24"/>
              </w:rPr>
              <w:t>will  ◯        would  ◯</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Grammar / Vocabulary</w:t>
            </w:r>
            <w:r>
              <w:rPr>
                <w:rFonts w:ascii="Times New Roman" w:hAnsi="Times New Roman" w:cs="Times New Roman"/>
                <w:b/>
                <w:i w:val="0"/>
                <w:sz w:val="26"/>
                <w:u w:val="none"/>
              </w:rPr>
              <w:tab/>
              <w:t>(Items 26-30) (5 marks)</w:t>
            </w:r>
          </w:p>
          <w:p>
            <w:pPr>
              <w:spacing w:before="0" w:after="120"/>
            </w:pPr>
            <w:r>
              <w:rPr>
                <w:rFonts w:ascii="Times New Roman" w:hAnsi="Times New Roman" w:cs="Times New Roman"/>
                <w:b w:val="0"/>
                <w:i w:val="0"/>
                <w:sz w:val="23"/>
              </w:rPr>
              <w:t>Read the following text. Then, for each item, shade in the bubble ◯ next to the correct option.</w:t>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3"/>
                    </w:rPr>
                    <w:t>Space exploration has entered a new era. In the past, only governments had the money and the technology to send rockets into space. (26) _______, in recent years, private companies have begun to play a major role. These companies have developed rockets (27) _______ can land back on Earth and be used again, which makes space travel much cheaper. Some experts believe that tourists will soon visit space. Others warn that space tourism might (28) _______ the environment of our planet. There are also concerns about the growing amount of space (29) _______ orbiting the Earth. If we do not control this problem, future missions could become very risky. Nevertheless, most scientists agree that the (30) _______ of space exploration, such as new technologies and a better understanding of our universe, are worth the effort.</w:t>
                  </w:r>
                </w:p>
              </w:tc>
            </w:tr>
          </w:tbl>
          <w:p/>
          <w:p>
            <w:pPr>
              <w:spacing w:before="0" w:after="0"/>
            </w:pPr>
          </w:p>
          <w:p>
            <w:pPr>
              <w:spacing w:before="120" w:after="40"/>
            </w:pPr>
            <w:r>
              <w:rPr>
                <w:rFonts w:ascii="Times New Roman" w:hAnsi="Times New Roman" w:cs="Times New Roman"/>
                <w:b/>
                <w:i w:val="0"/>
                <w:sz w:val="24"/>
              </w:rPr>
              <w:t xml:space="preserve">26.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Therefore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However</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Although</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Because</w:t>
                  </w:r>
                </w:p>
              </w:tc>
            </w:tr>
          </w:tbl>
          <w:p/>
          <w:p>
            <w:pPr>
              <w:spacing w:before="120" w:after="40"/>
            </w:pPr>
            <w:r>
              <w:rPr>
                <w:rFonts w:ascii="Times New Roman" w:hAnsi="Times New Roman" w:cs="Times New Roman"/>
                <w:b/>
                <w:i w:val="0"/>
                <w:sz w:val="24"/>
              </w:rPr>
              <w:t xml:space="preserve">27.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who</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whose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that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where</w:t>
                  </w:r>
                </w:p>
              </w:tc>
            </w:tr>
          </w:tbl>
          <w:p/>
          <w:p>
            <w:pPr>
              <w:spacing w:before="120" w:after="40"/>
            </w:pPr>
            <w:r>
              <w:rPr>
                <w:rFonts w:ascii="Times New Roman" w:hAnsi="Times New Roman" w:cs="Times New Roman"/>
                <w:b/>
                <w:i w:val="0"/>
                <w:sz w:val="24"/>
              </w:rPr>
              <w:t xml:space="preserve">28.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improve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protect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damage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repair</w:t>
                  </w:r>
                </w:p>
              </w:tc>
            </w:tr>
          </w:tbl>
          <w:p/>
          <w:p>
            <w:pPr>
              <w:spacing w:before="120" w:after="40"/>
            </w:pPr>
            <w:r>
              <w:rPr>
                <w:rFonts w:ascii="Times New Roman" w:hAnsi="Times New Roman" w:cs="Times New Roman"/>
                <w:b/>
                <w:i w:val="0"/>
                <w:sz w:val="24"/>
              </w:rPr>
              <w:t xml:space="preserve">29.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dust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rubbish</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noise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traffic</w:t>
                  </w:r>
                </w:p>
              </w:tc>
            </w:tr>
          </w:tbl>
          <w:p/>
          <w:p>
            <w:pPr>
              <w:spacing w:before="120" w:after="40"/>
            </w:pPr>
            <w:r>
              <w:rPr>
                <w:rFonts w:ascii="Times New Roman" w:hAnsi="Times New Roman" w:cs="Times New Roman"/>
                <w:b/>
                <w:i w:val="0"/>
                <w:sz w:val="24"/>
              </w:rPr>
              <w:t xml:space="preserve">30.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benefits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dangers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expenses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problems</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1</w:t>
            </w:r>
            <w:r>
              <w:rPr>
                <w:rFonts w:ascii="Times New Roman" w:hAnsi="Times New Roman" w:cs="Times New Roman"/>
                <w:b/>
                <w:i w:val="0"/>
                <w:sz w:val="26"/>
                <w:u w:val="none"/>
              </w:rPr>
              <w:tab/>
              <w:t>(Items 31-37) (7 marks)</w:t>
            </w:r>
          </w:p>
          <w:p>
            <w:pPr>
              <w:spacing w:before="0" w:after="120"/>
            </w:pPr>
            <w:r>
              <w:rPr>
                <w:rFonts w:ascii="Times New Roman" w:hAnsi="Times New Roman" w:cs="Times New Roman"/>
                <w:b w:val="0"/>
                <w:i w:val="0"/>
                <w:sz w:val="23"/>
              </w:rPr>
              <w:t>Read the texts. Are the statements which follow each text True or False? For each item, shade in the bubble (◯) under the correct option.</w:t>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Exam Notice: The English exam for Grade 12 will take place on Tuesday in the main examination hall, not in the sports hall as announced before. Students must be seated by 8.45 a.m. Bring your ID card and your own pens. Calculators and phones are not allowed.</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31.  </w:t>
                  </w:r>
                  <w:r>
                    <w:rPr>
                      <w:rFonts w:ascii="Times New Roman" w:hAnsi="Times New Roman" w:cs="Times New Roman"/>
                      <w:b w:val="0"/>
                      <w:i/>
                      <w:sz w:val="23"/>
                    </w:rPr>
                    <w:t>The exam is in the sports hall.</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Hi team, just a reminder that our group project must be submitted by Sunday midnight. I have finished the introduction and the first two sections. Hamad, please add your charts to the shared folder by Friday, so we can review everything together on Saturday. - Amira</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32.  </w:t>
                  </w:r>
                  <w:r>
                    <w:rPr>
                      <w:rFonts w:ascii="Times New Roman" w:hAnsi="Times New Roman" w:cs="Times New Roman"/>
                      <w:b w:val="0"/>
                      <w:i/>
                      <w:sz w:val="23"/>
                    </w:rPr>
                    <w:t>Hamad must add his charts on Saturday.</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SUMMER JOBS: City Hotel is looking for four friendly students to work at the reception desk during July and August. Working hours: 4 p.m. to 10 p.m., five days a week. Good English is essential. Previous experience is not required. Apply at the hotel office before 30th May.</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33.  </w:t>
                  </w:r>
                  <w:r>
                    <w:rPr>
                      <w:rFonts w:ascii="Times New Roman" w:hAnsi="Times New Roman" w:cs="Times New Roman"/>
                      <w:b w:val="0"/>
                      <w:i/>
                      <w:sz w:val="23"/>
                    </w:rPr>
                    <w:t>Experience is necessary for this job.</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1 (continued)</w:t>
            </w:r>
            <w:r>
              <w:rPr>
                <w:rFonts w:ascii="Times New Roman" w:hAnsi="Times New Roman" w:cs="Times New Roman"/>
                <w:b/>
                <w:i w:val="0"/>
                <w:sz w:val="26"/>
                <w:u w:val="none"/>
              </w:rPr>
              <w:tab/>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FOUND: A black smartphone was found on a seat in the school library on Monday morning. The screen is slightly damaged. The owner can collect it from the secretary's office after describing the phone and its cover correctly.</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34.  </w:t>
                  </w:r>
                  <w:r>
                    <w:rPr>
                      <w:rFonts w:ascii="Times New Roman" w:hAnsi="Times New Roman" w:cs="Times New Roman"/>
                      <w:b w:val="0"/>
                      <w:i/>
                      <w:sz w:val="23"/>
                    </w:rPr>
                    <w:t>The phone was found in the playground.</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Warning to concert-goers: Police advise fans to buy tickets for Saturday's concert only from the official website. Fake tickets are being sold online at low prices. Anyone with a fake ticket will not be allowed to enter the stadium.</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35.  </w:t>
                  </w:r>
                  <w:r>
                    <w:rPr>
                      <w:rFonts w:ascii="Times New Roman" w:hAnsi="Times New Roman" w:cs="Times New Roman"/>
                      <w:b w:val="0"/>
                      <w:i/>
                      <w:sz w:val="23"/>
                    </w:rPr>
                    <w:t>Fake tickets are sold at low prices.</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The Muscat International Book Fair opens next Thursday at the Exhibition Centre and continues for ten days. More than 600 publishers from 40 countries will take part. Entry is free for students on the first two days. Opening hours: 9 a.m. to 9 p.m. daily.</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36.  </w:t>
                  </w:r>
                  <w:r>
                    <w:rPr>
                      <w:rFonts w:ascii="Times New Roman" w:hAnsi="Times New Roman" w:cs="Times New Roman"/>
                      <w:b w:val="0"/>
                      <w:i/>
                      <w:sz w:val="23"/>
                    </w:rPr>
                    <w:t>Students pay nothing on the first two days.</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HOSPITAL NOTICE: Visiting hours are from 4 p.m. to 8 p.m. only. No more than two visitors per patient are allowed at one time. Children under ten may not visit the third floor. Please wash your hands before and after visiting, and keep all mobile phones silent.</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37.  </w:t>
                  </w:r>
                  <w:r>
                    <w:rPr>
                      <w:rFonts w:ascii="Times New Roman" w:hAnsi="Times New Roman" w:cs="Times New Roman"/>
                      <w:b w:val="0"/>
                      <w:i/>
                      <w:sz w:val="23"/>
                    </w:rPr>
                    <w:t>Three visitors may see a patient together.</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2</w:t>
            </w:r>
            <w:r>
              <w:rPr>
                <w:rFonts w:ascii="Times New Roman" w:hAnsi="Times New Roman" w:cs="Times New Roman"/>
                <w:b/>
                <w:i w:val="0"/>
                <w:sz w:val="26"/>
                <w:u w:val="none"/>
              </w:rPr>
              <w:tab/>
              <w:t>(Items 38-45) (8 marks)</w:t>
            </w:r>
          </w:p>
          <w:p>
            <w:pPr>
              <w:spacing w:before="0" w:after="120"/>
            </w:pPr>
            <w:r>
              <w:rPr>
                <w:rFonts w:ascii="Times New Roman" w:hAnsi="Times New Roman" w:cs="Times New Roman"/>
                <w:b w:val="0"/>
                <w:i w:val="0"/>
                <w:sz w:val="23"/>
              </w:rPr>
              <w:t>Read the following letter. Then, for each item, shade in the bubble (◯) next to the correct option.</w:t>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3"/>
                    </w:rPr>
                    <w:t>Dear Rashid,</w:t>
                    <w:br/>
                    <w:t>Greetings from Sur! I hope you and the family are all well. I have been here for three weeks now with the 'Clean Coast' volunteering programme, and I have so much to tell you.</w:t>
                    <w:br/>
                    <w:t>The programme brings together forty young people from all over Oman. Our job is to clean the beaches around Sur and to teach the local community about protecting the sea. Every morning we wake up at half past six, and after a quick breakfast we walk to a different beach with our gloves and bags. By eleven o'clock, we have usually collected more than a hundred kilograms of plastic bottles, fishing nets and other rubbish. It is hard work under the sun, but the beaches look beautiful when we finish.</w:t>
                    <w:br/>
                    <w:t>In the afternoons, we visit schools in the area. We give short presentations to the children about how plastic harms turtles and other sea creatures. The kids are wonderful - they always ask a thousand questions! Last Tuesday, one little girl told me she wants to become a marine biologist because of our visit. Moments like that make all the tiredness disappear.</w:t>
                  </w:r>
                </w:p>
              </w:tc>
            </w:tr>
          </w:tbl>
          <w:p/>
          <w:p>
            <w:pPr>
              <w:spacing w:before="0" w:after="0"/>
            </w:pPr>
          </w:p>
          <w:p>
            <w:pPr>
              <w:spacing w:before="160" w:after="40"/>
            </w:pPr>
            <w:r>
              <w:rPr>
                <w:rFonts w:ascii="Times New Roman" w:hAnsi="Times New Roman" w:cs="Times New Roman"/>
                <w:b/>
                <w:i w:val="0"/>
                <w:sz w:val="24"/>
              </w:rPr>
              <w:t xml:space="preserve">38.   </w:t>
            </w:r>
            <w:r>
              <w:rPr>
                <w:rFonts w:ascii="Times New Roman" w:hAnsi="Times New Roman" w:cs="Times New Roman"/>
                <w:b w:val="0"/>
                <w:i w:val="0"/>
                <w:sz w:val="24"/>
              </w:rPr>
              <w:t>Talal is in Sur for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one week</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three weeks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one month</w:t>
                  </w:r>
                </w:p>
              </w:tc>
            </w:tr>
          </w:tbl>
          <w:p/>
          <w:p>
            <w:pPr>
              <w:spacing w:before="160" w:after="40"/>
            </w:pPr>
            <w:r>
              <w:rPr>
                <w:rFonts w:ascii="Times New Roman" w:hAnsi="Times New Roman" w:cs="Times New Roman"/>
                <w:b/>
                <w:i w:val="0"/>
                <w:sz w:val="24"/>
              </w:rPr>
              <w:t xml:space="preserve">39.   </w:t>
            </w:r>
            <w:r>
              <w:rPr>
                <w:rFonts w:ascii="Times New Roman" w:hAnsi="Times New Roman" w:cs="Times New Roman"/>
                <w:b w:val="0"/>
                <w:i w:val="0"/>
                <w:sz w:val="24"/>
              </w:rPr>
              <w:t>The volunteers work on the beaches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in the morning</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in the afternoon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at night</w:t>
                  </w:r>
                </w:p>
              </w:tc>
            </w:tr>
          </w:tbl>
          <w:p/>
          <w:p>
            <w:pPr>
              <w:spacing w:before="160" w:after="40"/>
            </w:pPr>
            <w:r>
              <w:rPr>
                <w:rFonts w:ascii="Times New Roman" w:hAnsi="Times New Roman" w:cs="Times New Roman"/>
                <w:b/>
                <w:i w:val="0"/>
                <w:sz w:val="24"/>
              </w:rPr>
              <w:t xml:space="preserve">40.   </w:t>
            </w:r>
            <w:r>
              <w:rPr>
                <w:rFonts w:ascii="Times New Roman" w:hAnsi="Times New Roman" w:cs="Times New Roman"/>
                <w:b w:val="0"/>
                <w:i w:val="0"/>
                <w:sz w:val="24"/>
              </w:rPr>
              <w:t>In the afternoons, the volunteers visit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hospitals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schools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offices</w:t>
                  </w:r>
                </w:p>
              </w:tc>
            </w:tr>
          </w:tbl>
          <w:p/>
          <w:p>
            <w:pPr>
              <w:spacing w:before="160" w:after="40"/>
            </w:pPr>
            <w:r>
              <w:rPr>
                <w:rFonts w:ascii="Times New Roman" w:hAnsi="Times New Roman" w:cs="Times New Roman"/>
                <w:b/>
                <w:i w:val="0"/>
                <w:sz w:val="24"/>
              </w:rPr>
              <w:t xml:space="preserve">41.   </w:t>
            </w:r>
            <w:r>
              <w:rPr>
                <w:rFonts w:ascii="Times New Roman" w:hAnsi="Times New Roman" w:cs="Times New Roman"/>
                <w:b w:val="0"/>
                <w:i w:val="0"/>
                <w:sz w:val="24"/>
              </w:rPr>
              <w:t>The children ask many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songs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questions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gifts</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2 (continued)</w:t>
            </w:r>
            <w:r>
              <w:rPr>
                <w:rFonts w:ascii="Times New Roman" w:hAnsi="Times New Roman" w:cs="Times New Roman"/>
                <w:b/>
                <w:i w:val="0"/>
                <w:sz w:val="26"/>
                <w:u w:val="none"/>
              </w:rPr>
              <w:tab/>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3"/>
                    </w:rPr>
                    <w:t>The evenings are my favourite part of the day. We cook dinner together in our beach camp, and then we sit around and talk or play games. I have made friends from Muscat, Nizwa, Salalah and even from Masirah Island. One of them, Khamis, plays the oud beautifully, and he is teaching me a few traditional songs.</w:t>
                    <w:br/>
                    <w:t>Yesterday we had a day off, and the programme leaders took us to the turtle reserve at Ras Al Hadd. We were incredibly lucky: after midnight, we watched a giant green turtle come out of the sea and lay her eggs in the sand, only a few metres away from us. It was one of the most magical things I have ever seen.</w:t>
                    <w:br/>
                    <w:t>Only one week remains of the programme, and honestly, I don't want it to end. I have learned that protecting our environment is not just the government's job - it belongs to all of us. When I get back home, I am going to start a small clean-up club in our neighbourhood. Will you join me as the first member? Say yes!</w:t>
                    <w:br/>
                    <w:t>Write soon.</w:t>
                    <w:br/>
                    <w:t>Your friend,</w:t>
                    <w:br/>
                    <w:t>Talal</w:t>
                  </w:r>
                </w:p>
              </w:tc>
            </w:tr>
          </w:tbl>
          <w:p/>
          <w:p>
            <w:pPr>
              <w:spacing w:before="0" w:after="0"/>
            </w:pPr>
          </w:p>
          <w:p>
            <w:pPr>
              <w:spacing w:before="160" w:after="40"/>
            </w:pPr>
            <w:r>
              <w:rPr>
                <w:rFonts w:ascii="Times New Roman" w:hAnsi="Times New Roman" w:cs="Times New Roman"/>
                <w:b/>
                <w:i w:val="0"/>
                <w:sz w:val="24"/>
              </w:rPr>
              <w:t xml:space="preserve">42.   </w:t>
            </w:r>
            <w:r>
              <w:rPr>
                <w:rFonts w:ascii="Times New Roman" w:hAnsi="Times New Roman" w:cs="Times New Roman"/>
                <w:b w:val="0"/>
                <w:i w:val="0"/>
                <w:sz w:val="24"/>
              </w:rPr>
              <w:t>Khamis is teaching Talal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play the oud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swim</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cook</w:t>
                  </w:r>
                </w:p>
              </w:tc>
            </w:tr>
          </w:tbl>
          <w:p/>
          <w:p>
            <w:pPr>
              <w:spacing w:before="160" w:after="40"/>
            </w:pPr>
            <w:r>
              <w:rPr>
                <w:rFonts w:ascii="Times New Roman" w:hAnsi="Times New Roman" w:cs="Times New Roman"/>
                <w:b/>
                <w:i w:val="0"/>
                <w:sz w:val="24"/>
              </w:rPr>
              <w:t xml:space="preserve">43.   </w:t>
            </w:r>
            <w:r>
              <w:rPr>
                <w:rFonts w:ascii="Times New Roman" w:hAnsi="Times New Roman" w:cs="Times New Roman"/>
                <w:b w:val="0"/>
                <w:i w:val="0"/>
                <w:sz w:val="24"/>
              </w:rPr>
              <w:t>On their day off, the volunteers went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Masirah Island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Ras Al Hadd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Salalah</w:t>
                  </w:r>
                </w:p>
              </w:tc>
            </w:tr>
          </w:tbl>
          <w:p/>
          <w:p>
            <w:pPr>
              <w:spacing w:before="160" w:after="40"/>
            </w:pPr>
            <w:r>
              <w:rPr>
                <w:rFonts w:ascii="Times New Roman" w:hAnsi="Times New Roman" w:cs="Times New Roman"/>
                <w:b/>
                <w:i w:val="0"/>
                <w:sz w:val="24"/>
              </w:rPr>
              <w:t xml:space="preserve">44.   </w:t>
            </w:r>
            <w:r>
              <w:rPr>
                <w:rFonts w:ascii="Times New Roman" w:hAnsi="Times New Roman" w:cs="Times New Roman"/>
                <w:b w:val="0"/>
                <w:i w:val="0"/>
                <w:sz w:val="24"/>
              </w:rPr>
              <w:t>At the reserve, Talal watched a turtle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lay her eggs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catch a fish</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swim away</w:t>
                  </w:r>
                </w:p>
              </w:tc>
            </w:tr>
          </w:tbl>
          <w:p/>
          <w:p>
            <w:pPr>
              <w:spacing w:before="160" w:after="40"/>
            </w:pPr>
            <w:r>
              <w:rPr>
                <w:rFonts w:ascii="Times New Roman" w:hAnsi="Times New Roman" w:cs="Times New Roman"/>
                <w:b/>
                <w:i w:val="0"/>
                <w:sz w:val="24"/>
              </w:rPr>
              <w:t xml:space="preserve">45.   </w:t>
            </w:r>
            <w:r>
              <w:rPr>
                <w:rFonts w:ascii="Times New Roman" w:hAnsi="Times New Roman" w:cs="Times New Roman"/>
                <w:b w:val="0"/>
                <w:i w:val="0"/>
                <w:sz w:val="24"/>
              </w:rPr>
              <w:t>At home, Talal plans to start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football team</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singing group</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clean-up club</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3</w:t>
            </w:r>
            <w:r>
              <w:rPr>
                <w:rFonts w:ascii="Times New Roman" w:hAnsi="Times New Roman" w:cs="Times New Roman"/>
                <w:b/>
                <w:i w:val="0"/>
                <w:sz w:val="26"/>
                <w:u w:val="none"/>
              </w:rPr>
              <w:tab/>
              <w:t>(Items 46-55) (10 marks)</w:t>
            </w:r>
          </w:p>
          <w:p>
            <w:pPr>
              <w:spacing w:before="0" w:after="120"/>
            </w:pPr>
            <w:r>
              <w:rPr>
                <w:rFonts w:ascii="Times New Roman" w:hAnsi="Times New Roman" w:cs="Times New Roman"/>
                <w:b w:val="0"/>
                <w:i w:val="0"/>
                <w:sz w:val="23"/>
              </w:rPr>
              <w:t>Read the following text. Then complete the tasks.</w:t>
            </w:r>
          </w:p>
          <w:p>
            <w:pPr>
              <w:spacing w:before="0" w:after="80"/>
              <w:jc w:val="center"/>
            </w:pPr>
            <w:r>
              <w:rPr>
                <w:rFonts w:ascii="Times New Roman" w:hAnsi="Times New Roman" w:cs="Times New Roman"/>
                <w:b/>
                <w:i w:val="0"/>
                <w:sz w:val="24"/>
              </w:rPr>
              <w:t>THE SULTAN QABOOS GRAND MOSQUE</w:t>
            </w:r>
          </w:p>
          <w:p>
            <w:pPr>
              <w:spacing w:before="0" w:after="60" w:lineRule="exact" w:line="264"/>
              <w:jc w:val="both"/>
            </w:pPr>
            <w:r>
              <w:rPr>
                <w:rFonts w:ascii="Times New Roman" w:hAnsi="Times New Roman" w:cs="Times New Roman"/>
                <w:b w:val="0"/>
                <w:i w:val="0"/>
                <w:sz w:val="21"/>
              </w:rPr>
              <w:t>The Sultan Qaboos Grand Mosque, in the Bausher district of Muscat, is the largest and most magnificent mosque in Oman. Sultan Qaboos announced a competition to design it in 1992, and construction began in 1995. After six years of work by hundreds of craftsmen, the mosque was officially opened in 2001 as a gift from the Sultan to the nation, and to the whole Islamic world.</w:t>
            </w:r>
          </w:p>
          <w:p>
            <w:pPr>
              <w:spacing w:before="0" w:after="60" w:lineRule="exact" w:line="264"/>
              <w:jc w:val="both"/>
            </w:pPr>
            <w:r>
              <w:rPr>
                <w:rFonts w:ascii="Times New Roman" w:hAnsi="Times New Roman" w:cs="Times New Roman"/>
                <w:b w:val="0"/>
                <w:i w:val="0"/>
                <w:sz w:val="21"/>
              </w:rPr>
              <w:t>The mosque is built from 300,000 tonnes of sandstone imported from India. Its main minaret rises ninety metres into the sky, and four smaller minarets stand at the corners of the complex. The main prayer hall can hold 6,500 worshippers at one time, and the women's prayer hall holds 750. With the outdoor courtyards and gardens, the mosque can receive up to 20,000 worshippers in total. Around the mosque there are beautiful gardens with fountains and palm trees, where visitors can walk and enjoy the peaceful atmosphere.</w:t>
            </w:r>
          </w:p>
          <w:p>
            <w:pPr>
              <w:spacing w:before="0" w:after="60" w:lineRule="exact" w:line="264"/>
              <w:jc w:val="both"/>
            </w:pPr>
            <w:r>
              <w:rPr>
                <w:rFonts w:ascii="Times New Roman" w:hAnsi="Times New Roman" w:cs="Times New Roman"/>
                <w:b w:val="0"/>
                <w:i w:val="0"/>
                <w:sz w:val="21"/>
              </w:rPr>
              <w:t>The main prayer hall contains two world-famous treasures. The first is the carpet, which covers the whole floor of the hall. This single piece of hand-woven carpet measures about 70 by 60 metres, and it took six hundred women four years to weave it by hand. It contains 1,700 million knots and weighs 21 tonnes. The second treasure is the enormous chandelier that hangs from the main dome. Made in Germany, it is fourteen metres tall, weighs more than eight tonnes, and is decorated with 600,000 pieces of crystal. It contains 1,122 lamps, and when they are all lit, the whole hall shines like daylight.</w:t>
            </w:r>
          </w:p>
          <w:p>
            <w:pPr>
              <w:spacing w:before="0" w:after="60" w:lineRule="exact" w:line="264"/>
              <w:jc w:val="both"/>
            </w:pPr>
            <w:r>
              <w:rPr>
                <w:rFonts w:ascii="Times New Roman" w:hAnsi="Times New Roman" w:cs="Times New Roman"/>
                <w:b w:val="0"/>
                <w:i w:val="0"/>
                <w:sz w:val="21"/>
              </w:rPr>
              <w:t>The walls and ceilings of the mosque are decorated with beautiful patterns from Islamic art, and verses of the Holy Quran are written in traditional calligraphy around the main hall. The wooden doors and window frames were carved by hand by Omani craftsmen. The library of the mosque holds around 20,000 books on science, culture and religion, and it welcomes students and researchers from all over the country.</w:t>
            </w:r>
          </w:p>
          <w:p>
            <w:pPr>
              <w:spacing w:before="0" w:after="60" w:lineRule="exact" w:line="264"/>
              <w:jc w:val="both"/>
            </w:pPr>
            <w:r>
              <w:rPr>
                <w:rFonts w:ascii="Times New Roman" w:hAnsi="Times New Roman" w:cs="Times New Roman"/>
                <w:b w:val="0"/>
                <w:i w:val="0"/>
                <w:sz w:val="21"/>
              </w:rPr>
              <w:t>Non-Muslim visitors are welcome at the mosque every morning, except on Fridays, from 8.30 until 11.00. Visitors are asked to dress modestly, and women should cover their hair. Every year, hundreds of thousands of tourists from every corner of the world come to admire this masterpiece of modern Islamic architecture, which combines traditional Omani craftsmanship with the finest materials from across the globe. It has truly become one of the most famous landmarks in the whole of Oman.</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3 (continued)</w:t>
            </w:r>
            <w:r>
              <w:rPr>
                <w:rFonts w:ascii="Times New Roman" w:hAnsi="Times New Roman" w:cs="Times New Roman"/>
                <w:b/>
                <w:i w:val="0"/>
                <w:sz w:val="26"/>
                <w:u w:val="none"/>
              </w:rPr>
              <w:tab/>
            </w:r>
          </w:p>
          <w:p>
            <w:pPr>
              <w:spacing w:before="40" w:after="40"/>
            </w:pPr>
            <w:r>
              <w:rPr>
                <w:rFonts w:ascii="Times New Roman" w:hAnsi="Times New Roman" w:cs="Times New Roman"/>
                <w:b/>
                <w:i w:val="0"/>
                <w:sz w:val="24"/>
              </w:rPr>
              <w:t xml:space="preserve">Task One: </w:t>
            </w:r>
            <w:r>
              <w:rPr>
                <w:rFonts w:ascii="Times New Roman" w:hAnsi="Times New Roman" w:cs="Times New Roman"/>
                <w:b w:val="0"/>
                <w:i/>
                <w:sz w:val="24"/>
              </w:rPr>
              <w:t>For each item, write a short answer (not more than FOUR WORDS).</w:t>
            </w:r>
          </w:p>
          <w:p>
            <w:pPr>
              <w:spacing w:before="40" w:after="0"/>
            </w:pPr>
            <w:r>
              <w:rPr>
                <w:rFonts w:ascii="Times New Roman" w:hAnsi="Times New Roman" w:cs="Times New Roman"/>
                <w:b/>
                <w:i w:val="0"/>
                <w:sz w:val="23"/>
              </w:rPr>
              <w:t xml:space="preserve">46.   </w:t>
            </w:r>
            <w:r>
              <w:rPr>
                <w:rFonts w:ascii="Times New Roman" w:hAnsi="Times New Roman" w:cs="Times New Roman"/>
                <w:b w:val="0"/>
                <w:i w:val="0"/>
                <w:sz w:val="23"/>
              </w:rPr>
              <w:t>When was the mosque officially opened?</w:t>
            </w:r>
            <w:r>
              <w:rPr>
                <w:rFonts w:ascii="Times New Roman" w:hAnsi="Times New Roman" w:cs="Times New Roman"/>
                <w:b w:val="0"/>
                <w:i/>
                <w:sz w:val="20"/>
              </w:rPr>
              <w:t xml:space="preserve">  (year)</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47.   </w:t>
            </w:r>
            <w:r>
              <w:rPr>
                <w:rFonts w:ascii="Times New Roman" w:hAnsi="Times New Roman" w:cs="Times New Roman"/>
                <w:b w:val="0"/>
                <w:i w:val="0"/>
                <w:sz w:val="23"/>
              </w:rPr>
              <w:t>Where was the sandstone brought from?</w:t>
            </w:r>
            <w:r>
              <w:rPr>
                <w:rFonts w:ascii="Times New Roman" w:hAnsi="Times New Roman" w:cs="Times New Roman"/>
                <w:b w:val="0"/>
                <w:i/>
                <w:sz w:val="20"/>
              </w:rPr>
              <w:t xml:space="preserve">  (country)</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48.   </w:t>
            </w:r>
            <w:r>
              <w:rPr>
                <w:rFonts w:ascii="Times New Roman" w:hAnsi="Times New Roman" w:cs="Times New Roman"/>
                <w:b w:val="0"/>
                <w:i w:val="0"/>
                <w:sz w:val="23"/>
              </w:rPr>
              <w:t>How tall is the main minaret?</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49.   </w:t>
            </w:r>
            <w:r>
              <w:rPr>
                <w:rFonts w:ascii="Times New Roman" w:hAnsi="Times New Roman" w:cs="Times New Roman"/>
                <w:b w:val="0"/>
                <w:i w:val="0"/>
                <w:sz w:val="23"/>
              </w:rPr>
              <w:t>How many worshippers can the mosque receive in total?</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50.   </w:t>
            </w:r>
            <w:r>
              <w:rPr>
                <w:rFonts w:ascii="Times New Roman" w:hAnsi="Times New Roman" w:cs="Times New Roman"/>
                <w:b w:val="0"/>
                <w:i w:val="0"/>
                <w:sz w:val="23"/>
              </w:rPr>
              <w:t>Who wove the main carpet?</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51.   </w:t>
            </w:r>
            <w:r>
              <w:rPr>
                <w:rFonts w:ascii="Times New Roman" w:hAnsi="Times New Roman" w:cs="Times New Roman"/>
                <w:b w:val="0"/>
                <w:i w:val="0"/>
                <w:sz w:val="23"/>
              </w:rPr>
              <w:t>Where was the chandelier made?</w:t>
            </w:r>
            <w:r>
              <w:rPr>
                <w:rFonts w:ascii="Times New Roman" w:hAnsi="Times New Roman" w:cs="Times New Roman"/>
                <w:b w:val="0"/>
                <w:i/>
                <w:sz w:val="20"/>
              </w:rPr>
              <w:t xml:space="preserve">  (country)</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120" w:after="40"/>
            </w:pPr>
            <w:r>
              <w:rPr>
                <w:rFonts w:ascii="Times New Roman" w:hAnsi="Times New Roman" w:cs="Times New Roman"/>
                <w:b/>
                <w:i w:val="0"/>
                <w:sz w:val="24"/>
              </w:rPr>
              <w:t xml:space="preserve">Task Two: </w:t>
            </w:r>
            <w:r>
              <w:rPr>
                <w:rFonts w:ascii="Times New Roman" w:hAnsi="Times New Roman" w:cs="Times New Roman"/>
                <w:b w:val="0"/>
                <w:i/>
                <w:sz w:val="24"/>
              </w:rPr>
              <w:t>For each item, shade in the bubble (◯) next to the correct option.</w:t>
            </w:r>
          </w:p>
          <w:p>
            <w:pPr>
              <w:spacing w:before="160" w:after="40"/>
            </w:pPr>
            <w:r>
              <w:rPr>
                <w:rFonts w:ascii="Times New Roman" w:hAnsi="Times New Roman" w:cs="Times New Roman"/>
                <w:b/>
                <w:i w:val="0"/>
                <w:sz w:val="24"/>
              </w:rPr>
              <w:t xml:space="preserve">52.   </w:t>
            </w:r>
            <w:r>
              <w:rPr>
                <w:rFonts w:ascii="Times New Roman" w:hAnsi="Times New Roman" w:cs="Times New Roman"/>
                <w:b w:val="0"/>
                <w:i w:val="0"/>
                <w:sz w:val="24"/>
              </w:rPr>
              <w:t>The mosque was opened as a gift from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people of Muscat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Sultan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architects</w:t>
                  </w:r>
                </w:p>
              </w:tc>
            </w:tr>
          </w:tbl>
          <w:p/>
          <w:p>
            <w:pPr>
              <w:spacing w:before="160" w:after="40"/>
            </w:pPr>
            <w:r>
              <w:rPr>
                <w:rFonts w:ascii="Times New Roman" w:hAnsi="Times New Roman" w:cs="Times New Roman"/>
                <w:b/>
                <w:i w:val="0"/>
                <w:sz w:val="24"/>
              </w:rPr>
              <w:t xml:space="preserve">53.   </w:t>
            </w:r>
            <w:r>
              <w:rPr>
                <w:rFonts w:ascii="Times New Roman" w:hAnsi="Times New Roman" w:cs="Times New Roman"/>
                <w:b w:val="0"/>
                <w:i w:val="0"/>
                <w:sz w:val="24"/>
              </w:rPr>
              <w:t>The main carpet took _______ to weave.</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two years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four years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six years</w:t>
                  </w:r>
                </w:p>
              </w:tc>
            </w:tr>
          </w:tbl>
          <w:p/>
          <w:p>
            <w:pPr>
              <w:spacing w:before="160" w:after="40"/>
            </w:pPr>
            <w:r>
              <w:rPr>
                <w:rFonts w:ascii="Times New Roman" w:hAnsi="Times New Roman" w:cs="Times New Roman"/>
                <w:b/>
                <w:i w:val="0"/>
                <w:sz w:val="24"/>
              </w:rPr>
              <w:t xml:space="preserve">54.   </w:t>
            </w:r>
            <w:r>
              <w:rPr>
                <w:rFonts w:ascii="Times New Roman" w:hAnsi="Times New Roman" w:cs="Times New Roman"/>
                <w:b w:val="0"/>
                <w:i w:val="0"/>
                <w:sz w:val="24"/>
              </w:rPr>
              <w:t>The chandelier is decorated with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gold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crystal</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diamonds</w:t>
                  </w:r>
                </w:p>
              </w:tc>
            </w:tr>
          </w:tbl>
          <w:p/>
          <w:p>
            <w:pPr>
              <w:spacing w:before="160" w:after="40"/>
            </w:pPr>
            <w:r>
              <w:rPr>
                <w:rFonts w:ascii="Times New Roman" w:hAnsi="Times New Roman" w:cs="Times New Roman"/>
                <w:b/>
                <w:i w:val="0"/>
                <w:sz w:val="24"/>
              </w:rPr>
              <w:t xml:space="preserve">55.   </w:t>
            </w:r>
            <w:r>
              <w:rPr>
                <w:rFonts w:ascii="Times New Roman" w:hAnsi="Times New Roman" w:cs="Times New Roman"/>
                <w:b w:val="0"/>
                <w:i w:val="0"/>
                <w:sz w:val="24"/>
              </w:rPr>
              <w:t>Non-Muslims can visit the mosque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every morning except Friday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every evening</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on Fridays only</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Writing 1</w:t>
            </w:r>
            <w:r>
              <w:rPr>
                <w:rFonts w:ascii="Times New Roman" w:hAnsi="Times New Roman" w:cs="Times New Roman"/>
                <w:b/>
                <w:i w:val="0"/>
                <w:sz w:val="26"/>
                <w:u w:val="none"/>
              </w:rPr>
              <w:tab/>
              <w:t>(10 marks)</w:t>
            </w:r>
          </w:p>
          <w:p>
            <w:pPr>
              <w:spacing w:before="0" w:after="40"/>
            </w:pPr>
            <w:r>
              <w:rPr>
                <w:rFonts w:ascii="Times New Roman" w:hAnsi="Times New Roman" w:cs="Times New Roman"/>
                <w:b w:val="0"/>
                <w:i/>
                <w:sz w:val="24"/>
              </w:rPr>
              <w:t>Write at least 100 words on the following topic:</w:t>
            </w:r>
          </w:p>
          <w:p>
            <w:pPr>
              <w:spacing w:before="0" w:after="40"/>
              <w:jc w:val="center"/>
            </w:pPr>
            <w:r>
              <w:rPr>
                <w:rFonts w:ascii="Times New Roman" w:hAnsi="Times New Roman" w:cs="Times New Roman"/>
                <w:b/>
                <w:i w:val="0"/>
                <w:sz w:val="24"/>
              </w:rPr>
              <w:t>"Teenagers should have part-time jobs while they are studying"</w:t>
            </w:r>
          </w:p>
          <w:p>
            <w:pPr>
              <w:spacing w:before="0" w:after="40"/>
              <w:jc w:val="center"/>
            </w:pPr>
            <w:r>
              <w:rPr>
                <w:rFonts w:ascii="Times New Roman" w:hAnsi="Times New Roman" w:cs="Times New Roman"/>
                <w:b w:val="0"/>
                <w:i/>
                <w:sz w:val="24"/>
              </w:rPr>
              <w:t>Do you agree or not? Give your reasons.</w:t>
            </w:r>
          </w:p>
          <w:p>
            <w:pPr>
              <w:spacing w:before="0" w:after="120"/>
            </w:pPr>
            <w:r>
              <w:rPr>
                <w:rFonts w:ascii="Times New Roman" w:hAnsi="Times New Roman" w:cs="Times New Roman"/>
                <w:b w:val="0"/>
                <w:i/>
                <w:sz w:val="24"/>
              </w:rPr>
              <w:t>Your writing should be clear and well-organised.</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Writing 1 (continued)</w:t>
            </w:r>
            <w:r>
              <w:rPr>
                <w:rFonts w:ascii="Times New Roman" w:hAnsi="Times New Roman" w:cs="Times New Roman"/>
                <w:b/>
                <w:i w:val="0"/>
                <w:sz w:val="26"/>
                <w:u w:val="none"/>
              </w:rPr>
              <w:tab/>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Writing 2</w:t>
            </w:r>
            <w:r>
              <w:rPr>
                <w:rFonts w:ascii="Times New Roman" w:hAnsi="Times New Roman" w:cs="Times New Roman"/>
                <w:b/>
                <w:i w:val="0"/>
                <w:sz w:val="26"/>
                <w:u w:val="none"/>
              </w:rPr>
              <w:tab/>
              <w:t>(10 marks)</w:t>
            </w:r>
          </w:p>
          <w:p>
            <w:pPr>
              <w:spacing w:before="0" w:after="40"/>
            </w:pPr>
            <w:r>
              <w:rPr>
                <w:rFonts w:ascii="Times New Roman" w:hAnsi="Times New Roman" w:cs="Times New Roman"/>
                <w:b w:val="0"/>
                <w:i/>
                <w:sz w:val="24"/>
              </w:rPr>
              <w:t>Complete the following task. Write a narrative text of at least 100 words.</w:t>
            </w:r>
          </w:p>
          <w:p>
            <w:pPr>
              <w:spacing w:before="0" w:after="40"/>
              <w:jc w:val="center"/>
            </w:pPr>
            <w:r>
              <w:rPr>
                <w:rFonts w:ascii="Times New Roman" w:hAnsi="Times New Roman" w:cs="Times New Roman"/>
                <w:b/>
                <w:i w:val="0"/>
                <w:sz w:val="24"/>
              </w:rPr>
              <w:t>"A journey that taught me a lesson"</w:t>
            </w:r>
          </w:p>
          <w:p>
            <w:pPr>
              <w:spacing w:before="0" w:after="120"/>
            </w:pPr>
            <w:r>
              <w:rPr>
                <w:rFonts w:ascii="Times New Roman" w:hAnsi="Times New Roman" w:cs="Times New Roman"/>
                <w:b w:val="0"/>
                <w:i/>
                <w:sz w:val="24"/>
              </w:rPr>
              <w:t>Your writing should be clear and well-organised.</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Writing 2 (continued)</w:t>
            </w:r>
            <w:r>
              <w:rPr>
                <w:rFonts w:ascii="Times New Roman" w:hAnsi="Times New Roman" w:cs="Times New Roman"/>
                <w:b/>
                <w:i w:val="0"/>
                <w:sz w:val="26"/>
                <w:u w:val="none"/>
              </w:rPr>
              <w:tab/>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200" w:after="200"/>
              <w:jc w:val="center"/>
            </w:pPr>
            <w:r>
              <w:rPr>
                <w:rFonts w:ascii="Times New Roman" w:hAnsi="Times New Roman" w:cs="Times New Roman"/>
                <w:b/>
                <w:i w:val="0"/>
                <w:sz w:val="24"/>
              </w:rPr>
              <w:t>[ End of Examination ]</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sectPr w:rsidR="00FC693F" w:rsidRPr="0006063C" w:rsidSect="00034616">
      <w:headerReference w:type="default" r:id="rId10"/>
      <w:footerReference w:type="default" r:id="rId11"/>
      <w:pgSz w:w="11906" w:h="16838"/>
      <w:pgMar w:top="794" w:right="850" w:bottom="794" w:left="850" w:header="340" w:footer="397"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cs="Times New Roman"/>
        <w:b w:val="0"/>
        <w:i w:val="0"/>
        <w:sz w:val="20"/>
      </w:rPr>
      <w:fldChar w:fldCharType="begin"/>
    </w:r>
    <w:r>
      <w:rPr>
        <w:rFonts w:ascii="Times New Roman" w:hAnsi="Times New Roman" w:cs="Times New Roman"/>
        <w:b w:val="0"/>
        <w:i w:val="0"/>
        <w:sz w:val="20"/>
      </w:rPr>
      <w:instrText xml:space="preserve">PAGE</w:instrText>
    </w:r>
    <w:r>
      <w:rPr>
        <w:rFonts w:ascii="Times New Roman" w:hAnsi="Times New Roman" w:cs="Times New Roman"/>
        <w:b w:val="0"/>
        <w:i w:val="0"/>
        <w:sz w:val="20"/>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05" w:val="right"/>
      </w:tabs>
      <w:pBdr>
        <w:bottom w:val="single" w:sz="4" w:space="1" w:color="000000"/>
      </w:pBdr>
    </w:pPr>
    <w:r/>
    <w:r>
      <w:rPr>
        <w:rFonts w:ascii="Times New Roman" w:hAnsi="Times New Roman" w:cs="Times New Roman"/>
        <w:b w:val="0"/>
        <w:i/>
        <w:sz w:val="18"/>
      </w:rPr>
      <w:t>Diploma, English, Semester One - First Session</w:t>
    </w:r>
    <w:r>
      <w:rPr>
        <w:rFonts w:ascii="Times New Roman" w:hAnsi="Times New Roman" w:cs="Times New Roman"/>
        <w:b w:val="0"/>
        <w:i/>
        <w:sz w:val="18"/>
      </w:rPr>
      <w:tab/>
      <w:t>Academic Year: 2026/2027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