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p>
    <w:p>
      <w:pPr>
        <w:spacing w:before="0" w:after="0"/>
      </w:pPr>
    </w:p>
    <w:p>
      <w:pPr>
        <w:spacing w:before="0" w:after="0"/>
      </w:pPr>
    </w:p>
    <w:p>
      <w:pPr>
        <w:spacing w:before="0" w:after="0"/>
      </w:pPr>
    </w:p>
    <w:p>
      <w:pPr>
        <w:spacing w:before="0" w:after="80"/>
        <w:jc w:val="center"/>
      </w:pPr>
      <w:r>
        <w:rPr>
          <w:rFonts w:ascii="Times New Roman" w:hAnsi="Times New Roman" w:cs="Times New Roman"/>
          <w:b/>
          <w:i w:val="0"/>
          <w:sz w:val="32"/>
        </w:rPr>
        <w:t>Diploma, English, Semester One - First Session</w:t>
      </w:r>
    </w:p>
    <w:p>
      <w:pPr>
        <w:spacing w:before="0" w:after="80"/>
        <w:jc w:val="center"/>
      </w:pPr>
      <w:r>
        <w:rPr>
          <w:rFonts w:ascii="Times New Roman" w:hAnsi="Times New Roman" w:cs="Times New Roman"/>
          <w:b/>
          <w:i w:val="0"/>
          <w:sz w:val="28"/>
        </w:rPr>
        <w:t>Academic Year: 2026/2027</w:t>
      </w:r>
    </w:p>
    <w:p>
      <w:pPr>
        <w:spacing w:before="0" w:after="80"/>
        <w:jc w:val="center"/>
      </w:pPr>
      <w:r>
        <w:rPr>
          <w:rFonts w:ascii="Times New Roman" w:hAnsi="Times New Roman" w:cs="Times New Roman"/>
          <w:b/>
          <w:i w:val="0"/>
          <w:sz w:val="26"/>
        </w:rPr>
        <w:t>(Practice Exam - Exam One)</w:t>
      </w:r>
    </w:p>
    <w:p>
      <w:pPr>
        <w:spacing w:before="0" w:after="80"/>
        <w:jc w:val="center"/>
      </w:pPr>
      <w:r>
        <w:rPr>
          <w:rFonts w:ascii="Times New Roman" w:hAnsi="Times New Roman" w:cs="Times New Roman"/>
          <w:b/>
          <w:i w:val="0"/>
          <w:sz w:val="36"/>
        </w:rPr>
        <w:t>MARKING GUIDE</w:t>
      </w:r>
    </w:p>
    <w:p>
      <w:pPr>
        <w:spacing w:before="0" w:after="600"/>
        <w:jc w:val="center"/>
      </w:pPr>
      <w:r>
        <w:rPr>
          <w:rFonts w:ascii="Times New Roman" w:hAnsi="Times New Roman" w:cs="Times New Roman"/>
          <w:b/>
          <w:i w:val="0"/>
          <w:sz w:val="28"/>
        </w:rPr>
        <w:t>TOTAL MARKS: 70</w:t>
      </w:r>
    </w:p>
    <w:p>
      <w:pPr>
        <w:spacing w:before="400" w:after="0"/>
        <w:jc w:val="center"/>
      </w:pPr>
      <w:r>
        <w:rPr>
          <w:rFonts w:ascii="Bookman Old Style" w:hAnsi="Bookman Old Style" w:cs="Bookman Old Style"/>
          <w:b w:val="0"/>
          <w:i w:val="0"/>
          <w:sz w:val="16"/>
        </w:rPr>
        <w:t>Prepared by Mohamed Mostafa Al Shorbagy, Regional Supervisor, Wusta Governorate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80" w:after="20"/>
            </w:pPr>
            <w:r>
              <w:rPr>
                <w:rFonts w:ascii="Times New Roman" w:hAnsi="Times New Roman" w:cs="Times New Roman"/>
                <w:b/>
                <w:i w:val="0"/>
                <w:sz w:val="23"/>
              </w:rPr>
              <w:t xml:space="preserve">1.   </w:t>
            </w:r>
            <w:r>
              <w:rPr>
                <w:rFonts w:ascii="Times New Roman" w:hAnsi="Times New Roman" w:cs="Times New Roman"/>
                <w:b w:val="0"/>
                <w:i w:val="0"/>
                <w:sz w:val="23"/>
              </w:rPr>
              <w:t>The competition was held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Salalah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Sur</w:t>
                  </w:r>
                </w:p>
              </w:tc>
            </w:tr>
          </w:tbl>
          <w:p/>
          <w:p>
            <w:pPr>
              <w:spacing w:before="80" w:after="20"/>
            </w:pPr>
            <w:r>
              <w:rPr>
                <w:rFonts w:ascii="Times New Roman" w:hAnsi="Times New Roman" w:cs="Times New Roman"/>
                <w:b/>
                <w:i w:val="0"/>
                <w:sz w:val="23"/>
              </w:rPr>
              <w:t xml:space="preserve">2.   </w:t>
            </w:r>
            <w:r>
              <w:rPr>
                <w:rFonts w:ascii="Times New Roman" w:hAnsi="Times New Roman" w:cs="Times New Roman"/>
                <w:b w:val="0"/>
                <w:i w:val="0"/>
                <w:sz w:val="23"/>
              </w:rPr>
              <w:t>Khalid first became interested in photography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fifteen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eighteen</w:t>
                  </w:r>
                </w:p>
              </w:tc>
            </w:tr>
          </w:tbl>
          <w:p/>
          <w:p>
            <w:pPr>
              <w:spacing w:before="80" w:after="20"/>
            </w:pPr>
            <w:r>
              <w:rPr>
                <w:rFonts w:ascii="Times New Roman" w:hAnsi="Times New Roman" w:cs="Times New Roman"/>
                <w:b/>
                <w:i w:val="0"/>
                <w:sz w:val="23"/>
              </w:rPr>
              <w:t xml:space="preserve">3.   </w:t>
            </w:r>
            <w:r>
              <w:rPr>
                <w:rFonts w:ascii="Times New Roman" w:hAnsi="Times New Roman" w:cs="Times New Roman"/>
                <w:b w:val="0"/>
                <w:i w:val="0"/>
                <w:sz w:val="23"/>
              </w:rPr>
              <w:t>Khalid's winning photograph showed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mountain village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an old fisherman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busy souq</w:t>
                  </w:r>
                </w:p>
              </w:tc>
            </w:tr>
          </w:tbl>
          <w:p/>
          <w:p>
            <w:pPr>
              <w:spacing w:before="80" w:after="20"/>
            </w:pPr>
            <w:r>
              <w:rPr>
                <w:rFonts w:ascii="Times New Roman" w:hAnsi="Times New Roman" w:cs="Times New Roman"/>
                <w:b/>
                <w:i w:val="0"/>
                <w:sz w:val="23"/>
              </w:rPr>
              <w:t xml:space="preserve">4.   </w:t>
            </w:r>
            <w:r>
              <w:rPr>
                <w:rFonts w:ascii="Times New Roman" w:hAnsi="Times New Roman" w:cs="Times New Roman"/>
                <w:b w:val="0"/>
                <w:i w:val="0"/>
                <w:sz w:val="23"/>
              </w:rPr>
              <w:t>The judges based their decision mainly on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originality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colour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equipment</w:t>
                  </w:r>
                </w:p>
              </w:tc>
            </w:tr>
          </w:tbl>
          <w:p/>
          <w:p>
            <w:pPr>
              <w:spacing w:before="80" w:after="20"/>
            </w:pPr>
            <w:r>
              <w:rPr>
                <w:rFonts w:ascii="Times New Roman" w:hAnsi="Times New Roman" w:cs="Times New Roman"/>
                <w:b/>
                <w:i w:val="0"/>
                <w:sz w:val="23"/>
              </w:rPr>
              <w:t xml:space="preserve">5.   </w:t>
            </w:r>
            <w:r>
              <w:rPr>
                <w:rFonts w:ascii="Times New Roman" w:hAnsi="Times New Roman" w:cs="Times New Roman"/>
                <w:b w:val="0"/>
                <w:i w:val="0"/>
                <w:sz w:val="23"/>
              </w:rPr>
              <w:t>Khalid's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camera only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course abroad only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camera and a course</w:t>
                  </w:r>
                </w:p>
              </w:tc>
            </w:tr>
          </w:tbl>
          <w:p/>
          <w:p>
            <w:pPr>
              <w:spacing w:before="80" w:after="20"/>
            </w:pPr>
            <w:r>
              <w:rPr>
                <w:rFonts w:ascii="Times New Roman" w:hAnsi="Times New Roman" w:cs="Times New Roman"/>
                <w:b/>
                <w:i w:val="0"/>
                <w:sz w:val="23"/>
              </w:rPr>
              <w:t xml:space="preserve">6.   </w:t>
            </w:r>
            <w:r>
              <w:rPr>
                <w:rFonts w:ascii="Times New Roman" w:hAnsi="Times New Roman" w:cs="Times New Roman"/>
                <w:b w:val="0"/>
                <w:i w:val="0"/>
                <w:sz w:val="23"/>
              </w:rPr>
              <w:t>Next year, Khalid hopes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teach beginners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study photography abroad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open a gallery</w:t>
                  </w:r>
                </w:p>
              </w:tc>
            </w:tr>
          </w:tbl>
          <w:p/>
          <w:p>
            <w:pPr>
              <w:spacing w:before="80" w:after="20"/>
            </w:pPr>
            <w:r>
              <w:rPr>
                <w:rFonts w:ascii="Times New Roman" w:hAnsi="Times New Roman" w:cs="Times New Roman"/>
                <w:b/>
                <w:i w:val="0"/>
                <w:sz w:val="23"/>
              </w:rPr>
              <w:t xml:space="preserve">7.   </w:t>
            </w:r>
            <w:r>
              <w:rPr>
                <w:rFonts w:ascii="Times New Roman" w:hAnsi="Times New Roman" w:cs="Times New Roman"/>
                <w:b w:val="0"/>
                <w:i w:val="0"/>
                <w:sz w:val="23"/>
              </w:rPr>
              <w:t>Khalid's advice to young people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keep practising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buy an expensive camera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enter many competitions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40"/>
            </w:pPr>
            <w:r>
              <w:rPr>
                <w:rFonts w:ascii="Times New Roman" w:hAnsi="Times New Roman" w:cs="Times New Roman"/>
                <w:b/>
                <w:i w:val="0"/>
                <w:sz w:val="24"/>
              </w:rPr>
              <w:t>Part One</w:t>
            </w:r>
          </w:p>
          <w:p>
            <w:pPr>
              <w:spacing w:before="0" w:after="40"/>
            </w:pPr>
            <w:r>
              <w:rPr>
                <w:rFonts w:ascii="Times New Roman" w:hAnsi="Times New Roman" w:cs="Times New Roman"/>
                <w:b/>
                <w:i w:val="0"/>
                <w:sz w:val="23"/>
              </w:rPr>
              <w:t xml:space="preserve">8.   </w:t>
            </w:r>
            <w:r>
              <w:rPr>
                <w:rFonts w:ascii="Times New Roman" w:hAnsi="Times New Roman" w:cs="Times New Roman"/>
                <w:b w:val="0"/>
                <w:i w:val="0"/>
                <w:sz w:val="23"/>
              </w:rPr>
              <w:t>(in) 980</w:t>
            </w:r>
          </w:p>
          <w:p>
            <w:pPr>
              <w:spacing w:before="0" w:after="40"/>
            </w:pPr>
            <w:r>
              <w:rPr>
                <w:rFonts w:ascii="Times New Roman" w:hAnsi="Times New Roman" w:cs="Times New Roman"/>
                <w:b/>
                <w:i w:val="0"/>
                <w:sz w:val="23"/>
              </w:rPr>
              <w:t xml:space="preserve">9.   </w:t>
            </w:r>
            <w:r>
              <w:rPr>
                <w:rFonts w:ascii="Times New Roman" w:hAnsi="Times New Roman" w:cs="Times New Roman"/>
                <w:b w:val="0"/>
                <w:i w:val="0"/>
                <w:sz w:val="23"/>
              </w:rPr>
              <w:t>near Bukhara</w:t>
            </w:r>
          </w:p>
          <w:p>
            <w:pPr>
              <w:spacing w:before="0" w:after="40"/>
            </w:pPr>
            <w:r>
              <w:rPr>
                <w:rFonts w:ascii="Times New Roman" w:hAnsi="Times New Roman" w:cs="Times New Roman"/>
                <w:b/>
                <w:i w:val="0"/>
                <w:sz w:val="23"/>
              </w:rPr>
              <w:t xml:space="preserve">10.   </w:t>
            </w:r>
            <w:r>
              <w:rPr>
                <w:rFonts w:ascii="Times New Roman" w:hAnsi="Times New Roman" w:cs="Times New Roman"/>
                <w:b w:val="0"/>
                <w:i w:val="0"/>
                <w:sz w:val="23"/>
              </w:rPr>
              <w:t>about 240</w:t>
            </w:r>
          </w:p>
          <w:p>
            <w:pPr>
              <w:spacing w:before="0" w:after="40"/>
            </w:pPr>
            <w:r>
              <w:rPr>
                <w:rFonts w:ascii="Times New Roman" w:hAnsi="Times New Roman" w:cs="Times New Roman"/>
                <w:b/>
                <w:i w:val="0"/>
                <w:sz w:val="23"/>
              </w:rPr>
              <w:t xml:space="preserve">11.   </w:t>
            </w:r>
            <w:r>
              <w:rPr>
                <w:rFonts w:ascii="Times New Roman" w:hAnsi="Times New Roman" w:cs="Times New Roman"/>
                <w:b w:val="0"/>
                <w:i w:val="0"/>
                <w:sz w:val="23"/>
              </w:rPr>
              <w:t>used for 600 years / a standard textbook (600 years)</w:t>
            </w:r>
          </w:p>
          <w:p>
            <w:pPr>
              <w:spacing w:before="0" w:after="40"/>
            </w:pPr>
            <w:r>
              <w:rPr>
                <w:rFonts w:ascii="Times New Roman" w:hAnsi="Times New Roman" w:cs="Times New Roman"/>
                <w:b/>
                <w:i w:val="0"/>
                <w:sz w:val="24"/>
              </w:rPr>
              <w:t>Part Two</w:t>
            </w:r>
          </w:p>
          <w:p>
            <w:pPr>
              <w:spacing w:before="80" w:after="20"/>
            </w:pPr>
            <w:r>
              <w:rPr>
                <w:rFonts w:ascii="Times New Roman" w:hAnsi="Times New Roman" w:cs="Times New Roman"/>
                <w:b/>
                <w:i w:val="0"/>
                <w:sz w:val="23"/>
              </w:rPr>
              <w:t xml:space="preserve">12.   </w:t>
            </w:r>
            <w:r>
              <w:rPr>
                <w:rFonts w:ascii="Times New Roman" w:hAnsi="Times New Roman" w:cs="Times New Roman"/>
                <w:b w:val="0"/>
                <w:i w:val="0"/>
                <w:sz w:val="23"/>
              </w:rPr>
              <w:t>Ibn Sina began to study medicine when he was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thirteen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sixteen</w:t>
                  </w:r>
                </w:p>
              </w:tc>
            </w:tr>
          </w:tbl>
          <w:p/>
          <w:p>
            <w:pPr>
              <w:spacing w:before="80" w:after="20"/>
            </w:pPr>
            <w:r>
              <w:rPr>
                <w:rFonts w:ascii="Times New Roman" w:hAnsi="Times New Roman" w:cs="Times New Roman"/>
                <w:b/>
                <w:i w:val="0"/>
                <w:sz w:val="23"/>
              </w:rPr>
              <w:t xml:space="preserve">13.   </w:t>
            </w:r>
            <w:r>
              <w:rPr>
                <w:rFonts w:ascii="Times New Roman" w:hAnsi="Times New Roman" w:cs="Times New Roman"/>
                <w:b w:val="0"/>
                <w:i w:val="0"/>
                <w:sz w:val="23"/>
              </w:rPr>
              <w:t>"The Canon of Medicine" describes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hundreds of diseases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modern 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European universities</w:t>
                  </w:r>
                </w:p>
              </w:tc>
            </w:tr>
          </w:tbl>
          <w:p/>
          <w:p>
            <w:pPr>
              <w:spacing w:before="80" w:after="20"/>
            </w:pPr>
            <w:r>
              <w:rPr>
                <w:rFonts w:ascii="Times New Roman" w:hAnsi="Times New Roman" w:cs="Times New Roman"/>
                <w:b/>
                <w:i w:val="0"/>
                <w:sz w:val="23"/>
              </w:rPr>
              <w:t xml:space="preserve">14.   </w:t>
            </w:r>
            <w:r>
              <w:rPr>
                <w:rFonts w:ascii="Times New Roman" w:hAnsi="Times New Roman" w:cs="Times New Roman"/>
                <w:b w:val="0"/>
                <w:i w:val="0"/>
                <w:sz w:val="23"/>
              </w:rPr>
              <w:t>According to Ibn Sina, good doctors should treat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only the disease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only the mind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whole person</w:t>
                  </w:r>
                </w:p>
              </w:tc>
            </w:tr>
          </w:tbl>
          <w:p/>
          <w:p>
            <w:pPr>
              <w:spacing w:before="80" w:after="20"/>
            </w:pPr>
            <w:r>
              <w:rPr>
                <w:rFonts w:ascii="Times New Roman" w:hAnsi="Times New Roman" w:cs="Times New Roman"/>
                <w:b/>
                <w:i w:val="0"/>
                <w:sz w:val="23"/>
              </w:rPr>
              <w:t xml:space="preserve">15.   </w:t>
            </w:r>
            <w:r>
              <w:rPr>
                <w:rFonts w:ascii="Times New Roman" w:hAnsi="Times New Roman" w:cs="Times New Roman"/>
                <w:b w:val="0"/>
                <w:i w:val="0"/>
                <w:sz w:val="23"/>
              </w:rPr>
              <w:t>Ibn Sina died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Bukhara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Hamadan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Muscat</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8-11: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12-15: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80" w:after="20"/>
            </w:pPr>
            <w:r>
              <w:rPr>
                <w:rFonts w:ascii="Times New Roman" w:hAnsi="Times New Roman" w:cs="Times New Roman"/>
                <w:b/>
                <w:i w:val="0"/>
                <w:sz w:val="23"/>
              </w:rPr>
              <w:t xml:space="preserve">16.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courage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silence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anger</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fear</w:t>
                  </w:r>
                </w:p>
              </w:tc>
            </w:tr>
          </w:tbl>
          <w:p/>
          <w:p>
            <w:pPr>
              <w:spacing w:before="80" w:after="20"/>
            </w:pPr>
            <w:r>
              <w:rPr>
                <w:rFonts w:ascii="Times New Roman" w:hAnsi="Times New Roman" w:cs="Times New Roman"/>
                <w:b/>
                <w:i w:val="0"/>
                <w:sz w:val="23"/>
              </w:rPr>
              <w:t xml:space="preserve">17.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resign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employ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dismiss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retire</w:t>
                  </w:r>
                </w:p>
              </w:tc>
            </w:tr>
          </w:tbl>
          <w:p/>
          <w:p>
            <w:pPr>
              <w:spacing w:before="80" w:after="20"/>
            </w:pPr>
            <w:r>
              <w:rPr>
                <w:rFonts w:ascii="Times New Roman" w:hAnsi="Times New Roman" w:cs="Times New Roman"/>
                <w:b/>
                <w:i w:val="0"/>
                <w:sz w:val="23"/>
              </w:rPr>
              <w:t xml:space="preserve">18.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journey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mistake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discovery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habit</w:t>
                  </w:r>
                </w:p>
              </w:tc>
            </w:tr>
          </w:tbl>
          <w:p/>
          <w:p>
            <w:pPr>
              <w:spacing w:before="80" w:after="20"/>
            </w:pPr>
            <w:r>
              <w:rPr>
                <w:rFonts w:ascii="Times New Roman" w:hAnsi="Times New Roman" w:cs="Times New Roman"/>
                <w:b/>
                <w:i w:val="0"/>
                <w:sz w:val="23"/>
              </w:rPr>
              <w:t xml:space="preserve">19.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welcoming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pleasant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hospitable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hostile</w:t>
                  </w:r>
                </w:p>
              </w:tc>
            </w:tr>
          </w:tbl>
          <w:p/>
          <w:p>
            <w:pPr>
              <w:spacing w:before="80" w:after="20"/>
            </w:pPr>
            <w:r>
              <w:rPr>
                <w:rFonts w:ascii="Times New Roman" w:hAnsi="Times New Roman" w:cs="Times New Roman"/>
                <w:b/>
                <w:i w:val="0"/>
                <w:sz w:val="23"/>
              </w:rPr>
              <w:t xml:space="preserve">20.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agreement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argument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accident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adventure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60" w:after="20"/>
            </w:pPr>
            <w:r>
              <w:rPr>
                <w:rFonts w:ascii="Times New Roman" w:hAnsi="Times New Roman" w:cs="Times New Roman"/>
                <w:b/>
                <w:i w:val="0"/>
                <w:sz w:val="23"/>
              </w:rPr>
              <w:t xml:space="preserve">21.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Do</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Did</w:t>
                  </w:r>
                </w:p>
              </w:tc>
            </w:tr>
          </w:tbl>
          <w:p/>
          <w:p>
            <w:pPr>
              <w:spacing w:before="60" w:after="20"/>
            </w:pPr>
            <w:r>
              <w:rPr>
                <w:rFonts w:ascii="Times New Roman" w:hAnsi="Times New Roman" w:cs="Times New Roman"/>
                <w:b/>
                <w:i w:val="0"/>
                <w:sz w:val="23"/>
              </w:rPr>
              <w:t xml:space="preserve">22.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has</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have</w:t>
                  </w:r>
                </w:p>
              </w:tc>
            </w:tr>
          </w:tbl>
          <w:p/>
          <w:p>
            <w:pPr>
              <w:spacing w:before="60" w:after="20"/>
            </w:pPr>
            <w:r>
              <w:rPr>
                <w:rFonts w:ascii="Times New Roman" w:hAnsi="Times New Roman" w:cs="Times New Roman"/>
                <w:b/>
                <w:i w:val="0"/>
                <w:sz w:val="23"/>
              </w:rPr>
              <w:t xml:space="preserve">23.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will</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would</w:t>
                  </w:r>
                </w:p>
              </w:tc>
            </w:tr>
          </w:tbl>
          <w:p/>
          <w:p>
            <w:pPr>
              <w:spacing w:before="60" w:after="20"/>
            </w:pPr>
            <w:r>
              <w:rPr>
                <w:rFonts w:ascii="Times New Roman" w:hAnsi="Times New Roman" w:cs="Times New Roman"/>
                <w:b/>
                <w:i w:val="0"/>
                <w:sz w:val="23"/>
              </w:rPr>
              <w:t xml:space="preserve">24.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was</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were</w:t>
                  </w:r>
                </w:p>
              </w:tc>
            </w:tr>
          </w:tbl>
          <w:p/>
          <w:p>
            <w:pPr>
              <w:spacing w:before="60" w:after="20"/>
            </w:pPr>
            <w:r>
              <w:rPr>
                <w:rFonts w:ascii="Times New Roman" w:hAnsi="Times New Roman" w:cs="Times New Roman"/>
                <w:b/>
                <w:i w:val="0"/>
                <w:sz w:val="23"/>
              </w:rPr>
              <w:t xml:space="preserve">25.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must</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had to</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60" w:after="20"/>
            </w:pPr>
            <w:r>
              <w:rPr>
                <w:rFonts w:ascii="Times New Roman" w:hAnsi="Times New Roman" w:cs="Times New Roman"/>
                <w:b/>
                <w:i w:val="0"/>
                <w:sz w:val="23"/>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which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where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whose</w:t>
                  </w:r>
                </w:p>
              </w:tc>
            </w:tr>
          </w:tbl>
          <w:p/>
          <w:p>
            <w:pPr>
              <w:spacing w:before="60" w:after="20"/>
            </w:pPr>
            <w:r>
              <w:rPr>
                <w:rFonts w:ascii="Times New Roman" w:hAnsi="Times New Roman" w:cs="Times New Roman"/>
                <w:b/>
                <w:i w:val="0"/>
                <w:sz w:val="23"/>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rarely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recently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hardly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never</w:t>
                  </w:r>
                </w:p>
              </w:tc>
            </w:tr>
          </w:tbl>
          <w:p/>
          <w:p>
            <w:pPr>
              <w:spacing w:before="60" w:after="20"/>
            </w:pPr>
            <w:r>
              <w:rPr>
                <w:rFonts w:ascii="Times New Roman" w:hAnsi="Times New Roman" w:cs="Times New Roman"/>
                <w:b/>
                <w:i w:val="0"/>
                <w:sz w:val="23"/>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hobbies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habits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jobs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games</w:t>
                  </w:r>
                </w:p>
              </w:tc>
            </w:tr>
          </w:tbl>
          <w:p/>
          <w:p>
            <w:pPr>
              <w:spacing w:before="60" w:after="20"/>
            </w:pPr>
            <w:r>
              <w:rPr>
                <w:rFonts w:ascii="Times New Roman" w:hAnsi="Times New Roman" w:cs="Times New Roman"/>
                <w:b/>
                <w:i w:val="0"/>
                <w:sz w:val="23"/>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increase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raise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reduce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worsen</w:t>
                  </w:r>
                </w:p>
              </w:tc>
            </w:tr>
          </w:tbl>
          <w:p/>
          <w:p>
            <w:pPr>
              <w:spacing w:before="60" w:after="20"/>
            </w:pPr>
            <w:r>
              <w:rPr>
                <w:rFonts w:ascii="Times New Roman" w:hAnsi="Times New Roman" w:cs="Times New Roman"/>
                <w:b/>
                <w:i w:val="0"/>
                <w:sz w:val="23"/>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consumers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importers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producers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sellers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library will open late on Friday.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Hamed suggests meeting on a different 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The course is cheaper if you register early.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match will start at a different time.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Fishermen are advised to stay on land.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Maryam has studied medicine.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Photography is not allowed anywhere in the museum.</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80" w:after="20"/>
            </w:pPr>
            <w:r>
              <w:rPr>
                <w:rFonts w:ascii="Times New Roman" w:hAnsi="Times New Roman" w:cs="Times New Roman"/>
                <w:b/>
                <w:i w:val="0"/>
                <w:sz w:val="23"/>
              </w:rPr>
              <w:t xml:space="preserve">38.   </w:t>
            </w:r>
            <w:r>
              <w:rPr>
                <w:rFonts w:ascii="Times New Roman" w:hAnsi="Times New Roman" w:cs="Times New Roman"/>
                <w:b w:val="0"/>
                <w:i w:val="0"/>
                <w:sz w:val="23"/>
              </w:rPr>
              <w:t>Faisal has been in Manchester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one month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three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six months</w:t>
                  </w:r>
                </w:p>
              </w:tc>
            </w:tr>
          </w:tbl>
          <w:p/>
          <w:p>
            <w:pPr>
              <w:spacing w:before="80" w:after="20"/>
            </w:pPr>
            <w:r>
              <w:rPr>
                <w:rFonts w:ascii="Times New Roman" w:hAnsi="Times New Roman" w:cs="Times New Roman"/>
                <w:b/>
                <w:i w:val="0"/>
                <w:sz w:val="23"/>
              </w:rPr>
              <w:t xml:space="preserve">39.   </w:t>
            </w:r>
            <w:r>
              <w:rPr>
                <w:rFonts w:ascii="Times New Roman" w:hAnsi="Times New Roman" w:cs="Times New Roman"/>
                <w:b w:val="0"/>
                <w:i w:val="0"/>
                <w:sz w:val="23"/>
              </w:rPr>
              <w:t>At first, Faisal was shocked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food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people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weather</w:t>
                  </w:r>
                </w:p>
              </w:tc>
            </w:tr>
          </w:tbl>
          <w:p/>
          <w:p>
            <w:pPr>
              <w:spacing w:before="80" w:after="20"/>
            </w:pPr>
            <w:r>
              <w:rPr>
                <w:rFonts w:ascii="Times New Roman" w:hAnsi="Times New Roman" w:cs="Times New Roman"/>
                <w:b/>
                <w:i w:val="0"/>
                <w:sz w:val="23"/>
              </w:rPr>
              <w:t xml:space="preserve">40.   </w:t>
            </w:r>
            <w:r>
              <w:rPr>
                <w:rFonts w:ascii="Times New Roman" w:hAnsi="Times New Roman" w:cs="Times New Roman"/>
                <w:b w:val="0"/>
                <w:i w:val="0"/>
                <w:sz w:val="23"/>
              </w:rPr>
              <w:t>Faisal taught his friends how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cook an Omani dish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speak Arabic</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take photographs</w:t>
                  </w:r>
                </w:p>
              </w:tc>
            </w:tr>
          </w:tbl>
          <w:p/>
          <w:p>
            <w:pPr>
              <w:spacing w:before="80" w:after="20"/>
            </w:pPr>
            <w:r>
              <w:rPr>
                <w:rFonts w:ascii="Times New Roman" w:hAnsi="Times New Roman" w:cs="Times New Roman"/>
                <w:b/>
                <w:i w:val="0"/>
                <w:sz w:val="23"/>
              </w:rPr>
              <w:t xml:space="preserve">41.   </w:t>
            </w:r>
            <w:r>
              <w:rPr>
                <w:rFonts w:ascii="Times New Roman" w:hAnsi="Times New Roman" w:cs="Times New Roman"/>
                <w:b w:val="0"/>
                <w:i w:val="0"/>
                <w:sz w:val="23"/>
              </w:rPr>
              <w:t>In the afternoons, Faisal usually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attends lectures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works in the library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meets his friends</w:t>
                  </w:r>
                </w:p>
              </w:tc>
            </w:tr>
          </w:tbl>
          <w:p/>
          <w:p>
            <w:pPr>
              <w:spacing w:before="80" w:after="20"/>
            </w:pPr>
            <w:r>
              <w:rPr>
                <w:rFonts w:ascii="Times New Roman" w:hAnsi="Times New Roman" w:cs="Times New Roman"/>
                <w:b/>
                <w:i w:val="0"/>
                <w:sz w:val="23"/>
              </w:rPr>
              <w:t xml:space="preserve">42.   </w:t>
            </w:r>
            <w:r>
              <w:rPr>
                <w:rFonts w:ascii="Times New Roman" w:hAnsi="Times New Roman" w:cs="Times New Roman"/>
                <w:b w:val="0"/>
                <w:i w:val="0"/>
                <w:sz w:val="23"/>
              </w:rPr>
              <w:t>Last Saturday, Faisal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played football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visited a museum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watched a match</w:t>
                  </w:r>
                </w:p>
              </w:tc>
            </w:tr>
          </w:tbl>
          <w:p/>
          <w:p>
            <w:pPr>
              <w:spacing w:before="80" w:after="20"/>
            </w:pPr>
            <w:r>
              <w:rPr>
                <w:rFonts w:ascii="Times New Roman" w:hAnsi="Times New Roman" w:cs="Times New Roman"/>
                <w:b/>
                <w:i w:val="0"/>
                <w:sz w:val="23"/>
              </w:rPr>
              <w:t xml:space="preserve">43.   </w:t>
            </w:r>
            <w:r>
              <w:rPr>
                <w:rFonts w:ascii="Times New Roman" w:hAnsi="Times New Roman" w:cs="Times New Roman"/>
                <w:b w:val="0"/>
                <w:i w:val="0"/>
                <w:sz w:val="23"/>
              </w:rPr>
              <w:t>Faisal joined a club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cooking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music</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photography</w:t>
                  </w:r>
                </w:p>
              </w:tc>
            </w:tr>
          </w:tbl>
          <w:p/>
          <w:p>
            <w:pPr>
              <w:spacing w:before="80" w:after="20"/>
            </w:pPr>
            <w:r>
              <w:rPr>
                <w:rFonts w:ascii="Times New Roman" w:hAnsi="Times New Roman" w:cs="Times New Roman"/>
                <w:b/>
                <w:i w:val="0"/>
                <w:sz w:val="23"/>
              </w:rPr>
              <w:t xml:space="preserve">44.   </w:t>
            </w:r>
            <w:r>
              <w:rPr>
                <w:rFonts w:ascii="Times New Roman" w:hAnsi="Times New Roman" w:cs="Times New Roman"/>
                <w:b w:val="0"/>
                <w:i w:val="0"/>
                <w:sz w:val="23"/>
              </w:rPr>
              <w:t>In London, Faisal and his classmates will stay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three nights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one week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weeks</w:t>
                  </w:r>
                </w:p>
              </w:tc>
            </w:tr>
          </w:tbl>
          <w:p/>
          <w:p>
            <w:pPr>
              <w:spacing w:before="80" w:after="20"/>
            </w:pPr>
            <w:r>
              <w:rPr>
                <w:rFonts w:ascii="Times New Roman" w:hAnsi="Times New Roman" w:cs="Times New Roman"/>
                <w:b/>
                <w:i w:val="0"/>
                <w:sz w:val="23"/>
              </w:rPr>
              <w:t xml:space="preserve">45.   </w:t>
            </w:r>
            <w:r>
              <w:rPr>
                <w:rFonts w:ascii="Times New Roman" w:hAnsi="Times New Roman" w:cs="Times New Roman"/>
                <w:b w:val="0"/>
                <w:i w:val="0"/>
                <w:sz w:val="23"/>
              </w:rPr>
              <w:t>Faisal passed his first exams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average grades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excellent grades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no grades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40"/>
            </w:pPr>
            <w:r>
              <w:rPr>
                <w:rFonts w:ascii="Times New Roman" w:hAnsi="Times New Roman" w:cs="Times New Roman"/>
                <w:b/>
                <w:i w:val="0"/>
                <w:sz w:val="24"/>
              </w:rPr>
              <w:t>Task One</w:t>
            </w:r>
          </w:p>
          <w:p>
            <w:pPr>
              <w:spacing w:before="0" w:after="40"/>
            </w:pPr>
            <w:r>
              <w:rPr>
                <w:rFonts w:ascii="Times New Roman" w:hAnsi="Times New Roman" w:cs="Times New Roman"/>
                <w:b/>
                <w:i w:val="0"/>
                <w:sz w:val="23"/>
              </w:rPr>
              <w:t xml:space="preserve">46.   </w:t>
            </w:r>
            <w:r>
              <w:rPr>
                <w:rFonts w:ascii="Times New Roman" w:hAnsi="Times New Roman" w:cs="Times New Roman"/>
                <w:b w:val="0"/>
                <w:i w:val="0"/>
                <w:sz w:val="23"/>
              </w:rPr>
              <w:t>a (kind of) resin / a sticky substance</w:t>
            </w:r>
          </w:p>
          <w:p>
            <w:pPr>
              <w:spacing w:before="0" w:after="40"/>
            </w:pPr>
            <w:r>
              <w:rPr>
                <w:rFonts w:ascii="Times New Roman" w:hAnsi="Times New Roman" w:cs="Times New Roman"/>
                <w:b/>
                <w:i w:val="0"/>
                <w:sz w:val="23"/>
              </w:rPr>
              <w:t xml:space="preserve">47.   </w:t>
            </w:r>
            <w:r>
              <w:rPr>
                <w:rFonts w:ascii="Times New Roman" w:hAnsi="Times New Roman" w:cs="Times New Roman"/>
                <w:b w:val="0"/>
                <w:i w:val="0"/>
                <w:sz w:val="23"/>
              </w:rPr>
              <w:t>(in) April</w:t>
            </w:r>
          </w:p>
          <w:p>
            <w:pPr>
              <w:spacing w:before="0" w:after="40"/>
            </w:pPr>
            <w:r>
              <w:rPr>
                <w:rFonts w:ascii="Times New Roman" w:hAnsi="Times New Roman" w:cs="Times New Roman"/>
                <w:b/>
                <w:i w:val="0"/>
                <w:sz w:val="23"/>
              </w:rPr>
              <w:t xml:space="preserve">48.   </w:t>
            </w:r>
            <w:r>
              <w:rPr>
                <w:rFonts w:ascii="Times New Roman" w:hAnsi="Times New Roman" w:cs="Times New Roman"/>
                <w:b w:val="0"/>
                <w:i w:val="0"/>
                <w:sz w:val="23"/>
              </w:rPr>
              <w:t>two or three times</w:t>
            </w:r>
          </w:p>
          <w:p>
            <w:pPr>
              <w:spacing w:before="0" w:after="40"/>
            </w:pPr>
            <w:r>
              <w:rPr>
                <w:rFonts w:ascii="Times New Roman" w:hAnsi="Times New Roman" w:cs="Times New Roman"/>
                <w:b/>
                <w:i w:val="0"/>
                <w:sz w:val="23"/>
              </w:rPr>
              <w:t xml:space="preserve">49.   </w:t>
            </w:r>
            <w:r>
              <w:rPr>
                <w:rFonts w:ascii="Times New Roman" w:hAnsi="Times New Roman" w:cs="Times New Roman"/>
                <w:b w:val="0"/>
                <w:i w:val="0"/>
                <w:sz w:val="23"/>
              </w:rPr>
              <w:t>the Queen of Sheba</w:t>
            </w:r>
          </w:p>
          <w:p>
            <w:pPr>
              <w:spacing w:before="0" w:after="40"/>
            </w:pPr>
            <w:r>
              <w:rPr>
                <w:rFonts w:ascii="Times New Roman" w:hAnsi="Times New Roman" w:cs="Times New Roman"/>
                <w:b/>
                <w:i w:val="0"/>
                <w:sz w:val="23"/>
              </w:rPr>
              <w:t xml:space="preserve">50.   </w:t>
            </w:r>
            <w:r>
              <w:rPr>
                <w:rFonts w:ascii="Times New Roman" w:hAnsi="Times New Roman" w:cs="Times New Roman"/>
                <w:b w:val="0"/>
                <w:i w:val="0"/>
                <w:sz w:val="23"/>
              </w:rPr>
              <w:t>the best (quality)</w:t>
            </w:r>
          </w:p>
          <w:p>
            <w:pPr>
              <w:spacing w:before="0" w:after="40"/>
            </w:pPr>
            <w:r>
              <w:rPr>
                <w:rFonts w:ascii="Times New Roman" w:hAnsi="Times New Roman" w:cs="Times New Roman"/>
                <w:b/>
                <w:i w:val="0"/>
                <w:sz w:val="23"/>
              </w:rPr>
              <w:t xml:space="preserve">51.   </w:t>
            </w:r>
            <w:r>
              <w:rPr>
                <w:rFonts w:ascii="Times New Roman" w:hAnsi="Times New Roman" w:cs="Times New Roman"/>
                <w:b w:val="0"/>
                <w:i w:val="0"/>
                <w:sz w:val="23"/>
              </w:rPr>
              <w:t>four (sites)</w:t>
            </w:r>
          </w:p>
          <w:p>
            <w:pPr>
              <w:spacing w:before="0" w:after="40"/>
            </w:pPr>
            <w:r>
              <w:rPr>
                <w:rFonts w:ascii="Times New Roman" w:hAnsi="Times New Roman" w:cs="Times New Roman"/>
                <w:b/>
                <w:i w:val="0"/>
                <w:sz w:val="24"/>
              </w:rPr>
              <w:t>Task Two</w:t>
            </w:r>
          </w:p>
          <w:p>
            <w:pPr>
              <w:spacing w:before="80" w:after="20"/>
            </w:pPr>
            <w:r>
              <w:rPr>
                <w:rFonts w:ascii="Times New Roman" w:hAnsi="Times New Roman" w:cs="Times New Roman"/>
                <w:b/>
                <w:i w:val="0"/>
                <w:sz w:val="23"/>
              </w:rPr>
              <w:t xml:space="preserve">52.   </w:t>
            </w:r>
            <w:r>
              <w:rPr>
                <w:rFonts w:ascii="Times New Roman" w:hAnsi="Times New Roman" w:cs="Times New Roman"/>
                <w:b w:val="0"/>
                <w:i w:val="0"/>
                <w:sz w:val="23"/>
              </w:rPr>
              <w:t>Frankincense trees grow best in _______ soil.</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wet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dry and rocky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rich and black</w:t>
                  </w:r>
                </w:p>
              </w:tc>
            </w:tr>
          </w:tbl>
          <w:p/>
          <w:p>
            <w:pPr>
              <w:spacing w:before="80" w:after="20"/>
            </w:pPr>
            <w:r>
              <w:rPr>
                <w:rFonts w:ascii="Times New Roman" w:hAnsi="Times New Roman" w:cs="Times New Roman"/>
                <w:b/>
                <w:i w:val="0"/>
                <w:sz w:val="23"/>
              </w:rPr>
              <w:t xml:space="preserve">53.   </w:t>
            </w:r>
            <w:r>
              <w:rPr>
                <w:rFonts w:ascii="Times New Roman" w:hAnsi="Times New Roman" w:cs="Times New Roman"/>
                <w:b w:val="0"/>
                <w:i w:val="0"/>
                <w:sz w:val="23"/>
              </w:rPr>
              <w:t>Workers collect the dried resin about _______ after cutting the tree.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weeks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months</w:t>
                  </w:r>
                </w:p>
              </w:tc>
            </w:tr>
          </w:tbl>
          <w:p/>
          <w:p>
            <w:pPr>
              <w:spacing w:before="80" w:after="20"/>
            </w:pPr>
            <w:r>
              <w:rPr>
                <w:rFonts w:ascii="Times New Roman" w:hAnsi="Times New Roman" w:cs="Times New Roman"/>
                <w:b/>
                <w:i w:val="0"/>
                <w:sz w:val="23"/>
              </w:rPr>
              <w:t xml:space="preserve">54.   </w:t>
            </w:r>
            <w:r>
              <w:rPr>
                <w:rFonts w:ascii="Times New Roman" w:hAnsi="Times New Roman" w:cs="Times New Roman"/>
                <w:b w:val="0"/>
                <w:i w:val="0"/>
                <w:sz w:val="23"/>
              </w:rPr>
              <w:t>Ships carried frankincense from Sumhuram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India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Egypt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Rome</w:t>
                  </w:r>
                </w:p>
              </w:tc>
            </w:tr>
          </w:tbl>
          <w:p/>
          <w:p>
            <w:pPr>
              <w:spacing w:before="80" w:after="20"/>
            </w:pPr>
            <w:r>
              <w:rPr>
                <w:rFonts w:ascii="Times New Roman" w:hAnsi="Times New Roman" w:cs="Times New Roman"/>
                <w:b/>
                <w:i w:val="0"/>
                <w:sz w:val="23"/>
              </w:rPr>
              <w:t xml:space="preserve">55.   </w:t>
            </w:r>
            <w:r>
              <w:rPr>
                <w:rFonts w:ascii="Times New Roman" w:hAnsi="Times New Roman" w:cs="Times New Roman"/>
                <w:b w:val="0"/>
                <w:i w:val="0"/>
                <w:sz w:val="23"/>
              </w:rPr>
              <w:t>The Omani government is protecting frankincense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building new souqs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stopping all harvesting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planting new trees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46-51: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52-55: Responses must be indicated clearly.</w:t>
            </w:r>
          </w:p>
          <w:p>
            <w:pPr>
              <w:keepNext/>
              <w:tabs>
                <w:tab w:pos="9241" w:val="right"/>
              </w:tabs>
              <w:spacing w:before="0" w:after="80"/>
            </w:pPr>
            <w:r>
              <w:rPr>
                <w:rFonts w:ascii="Times New Roman" w:hAnsi="Times New Roman" w:cs="Times New Roman"/>
                <w:b/>
                <w:i w:val="0"/>
                <w:sz w:val="26"/>
                <w:u w:val="single"/>
              </w:rPr>
              <w:t>WRITING</w:t>
            </w:r>
            <w:r>
              <w:rPr>
                <w:rFonts w:ascii="Times New Roman" w:hAnsi="Times New Roman" w:cs="Times New Roman"/>
                <w:b/>
                <w:i w:val="0"/>
                <w:sz w:val="26"/>
                <w:u w:val="none"/>
              </w:rPr>
              <w:tab/>
              <w:t>(GENERAL NOTES)</w:t>
            </w:r>
          </w:p>
          <w:p>
            <w:pPr>
              <w:spacing w:before="0" w:after="40"/>
            </w:pPr>
            <w:r>
              <w:rPr>
                <w:rFonts w:ascii="Times New Roman" w:hAnsi="Times New Roman" w:cs="Times New Roman"/>
                <w:b w:val="0"/>
                <w:i w:val="0"/>
                <w:sz w:val="21"/>
              </w:rPr>
              <w:t>•  The wording of the descriptors in the relevant Rating Scale should form the basis of all decisions.</w:t>
            </w:r>
          </w:p>
          <w:p>
            <w:pPr>
              <w:spacing w:before="0" w:after="40"/>
            </w:pPr>
            <w:r>
              <w:rPr>
                <w:rFonts w:ascii="Times New Roman" w:hAnsi="Times New Roman" w:cs="Times New Roman"/>
                <w:b w:val="0"/>
                <w:i w:val="0"/>
                <w:sz w:val="21"/>
              </w:rPr>
              <w:t>•  Different approaches to the tasks are acceptable, as long as they are relevant to the task.</w:t>
            </w:r>
          </w:p>
          <w:p>
            <w:pPr>
              <w:spacing w:before="0" w:after="40"/>
            </w:pPr>
            <w:r>
              <w:rPr>
                <w:rFonts w:ascii="Times New Roman" w:hAnsi="Times New Roman" w:cs="Times New Roman"/>
                <w:b w:val="0"/>
                <w:i w:val="0"/>
                <w:sz w:val="21"/>
              </w:rPr>
              <w:t>•  If an answer is clearly not relevant to the task, no marks are awarded.</w:t>
            </w:r>
          </w:p>
          <w:p>
            <w:pPr>
              <w:spacing w:before="0" w:after="40"/>
            </w:pPr>
            <w:r>
              <w:rPr>
                <w:rFonts w:ascii="Times New Roman" w:hAnsi="Times New Roman" w:cs="Times New Roman"/>
                <w:b w:val="0"/>
                <w:i w:val="0"/>
                <w:sz w:val="21"/>
              </w:rPr>
              <w:t>•  If a task has been genuinely attempted, but is only partly relevant, the mark should be reduced, but not to zero.</w:t>
            </w:r>
          </w:p>
          <w:p>
            <w:pPr>
              <w:spacing w:before="0" w:after="40"/>
            </w:pPr>
            <w:r>
              <w:rPr>
                <w:rFonts w:ascii="Times New Roman" w:hAnsi="Times New Roman" w:cs="Times New Roman"/>
                <w:b w:val="0"/>
                <w:i w:val="0"/>
                <w:sz w:val="21"/>
              </w:rPr>
              <w:t>•  If in doubt, consult other markers and the Table Head.</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headerReference w:type="default" r:id="rId9"/>
      <w:footerReference w:type="default" r:id="rId10"/>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Grade 12, English, Sem.1, 2026/27, 1st Session: Marking Guide</w:t>
    </w:r>
    <w:r>
      <w:rPr>
        <w:rFonts w:ascii="Times New Roman" w:hAnsi="Times New Roman" w:cs="Times New Roman"/>
        <w:b w:val="0"/>
        <w:i/>
        <w:sz w:val="18"/>
      </w:rPr>
      <w:tab/>
      <w:t xml:space="preserve">page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r>
      <w:rPr>
        <w:rFonts w:ascii="Times New Roman" w:hAnsi="Times New Roman" w:cs="Times New Roman"/>
        <w:b w:val="0"/>
        <w:i/>
        <w:sz w:val="18"/>
      </w:rPr>
      <w:t xml:space="preserve"> of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NUMPAGES</w:instrText>
    </w:r>
    <w:r>
      <w:rPr>
        <w:rFonts w:ascii="Times New Roman" w:hAnsi="Times New Roman" w:cs="Times New Roman"/>
        <w:b w:val="0"/>
        <w:i w:val="0"/>
        <w:sz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